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AF13E" w14:textId="6AADB8BA" w:rsidR="00BA77EE" w:rsidRDefault="005D5EC9" w:rsidP="004E74D2">
      <w:pPr>
        <w:spacing w:after="0"/>
        <w:jc w:val="center"/>
      </w:pPr>
      <w:r>
        <w:rPr>
          <w:b/>
          <w:noProof/>
          <w:sz w:val="30"/>
        </w:rPr>
        <w:drawing>
          <wp:anchor distT="0" distB="0" distL="114300" distR="114300" simplePos="0" relativeHeight="251663360" behindDoc="0" locked="0" layoutInCell="1" allowOverlap="1" wp14:anchorId="5784764F" wp14:editId="23A61A0C">
            <wp:simplePos x="6251944" y="212651"/>
            <wp:positionH relativeFrom="margin">
              <wp:align>right</wp:align>
            </wp:positionH>
            <wp:positionV relativeFrom="margin">
              <wp:align>top</wp:align>
            </wp:positionV>
            <wp:extent cx="971550" cy="762482"/>
            <wp:effectExtent l="0" t="0" r="0" b="0"/>
            <wp:wrapSquare wrapText="bothSides"/>
            <wp:docPr id="69520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300969" name="Picture 699300969"/>
                    <pic:cNvPicPr/>
                  </pic:nvPicPr>
                  <pic:blipFill rotWithShape="1">
                    <a:blip r:embed="rId8"/>
                    <a:srcRect t="14768" b="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62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4D2">
        <w:rPr>
          <w:b/>
          <w:noProof/>
          <w:sz w:val="30"/>
        </w:rPr>
        <w:drawing>
          <wp:anchor distT="0" distB="0" distL="114300" distR="114300" simplePos="0" relativeHeight="251659264" behindDoc="0" locked="0" layoutInCell="1" allowOverlap="1" wp14:anchorId="5C771941" wp14:editId="3A6B3F48">
            <wp:simplePos x="552450" y="180340"/>
            <wp:positionH relativeFrom="margin">
              <wp:align>left</wp:align>
            </wp:positionH>
            <wp:positionV relativeFrom="margin">
              <wp:align>top</wp:align>
            </wp:positionV>
            <wp:extent cx="971550" cy="762000"/>
            <wp:effectExtent l="0" t="0" r="0" b="0"/>
            <wp:wrapSquare wrapText="bothSides"/>
            <wp:docPr id="699300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300969" name="Picture 699300969"/>
                    <pic:cNvPicPr/>
                  </pic:nvPicPr>
                  <pic:blipFill rotWithShape="1">
                    <a:blip r:embed="rId8"/>
                    <a:srcRect t="14768" b="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2F8">
        <w:rPr>
          <w:b/>
          <w:sz w:val="30"/>
        </w:rPr>
        <w:t>Marias Valley Golf &amp; Country Club</w:t>
      </w:r>
    </w:p>
    <w:p w14:paraId="09C5D448" w14:textId="77777777" w:rsidR="00BA77EE" w:rsidRPr="00CE71C3" w:rsidRDefault="00ED6F12" w:rsidP="004E74D2">
      <w:pPr>
        <w:spacing w:after="0" w:line="240" w:lineRule="auto"/>
        <w:jc w:val="center"/>
        <w:rPr>
          <w:sz w:val="12"/>
          <w:szCs w:val="16"/>
        </w:rPr>
      </w:pPr>
      <w:r w:rsidRPr="00CE71C3">
        <w:rPr>
          <w:b/>
          <w:sz w:val="20"/>
          <w:szCs w:val="16"/>
        </w:rPr>
        <w:t>APPLICATION FOR EMPLOYMENT</w:t>
      </w:r>
    </w:p>
    <w:p w14:paraId="056D9232" w14:textId="688FE311" w:rsidR="00BA77EE" w:rsidRDefault="00ED6F12" w:rsidP="000022F8">
      <w:pPr>
        <w:spacing w:after="0" w:line="240" w:lineRule="auto"/>
        <w:jc w:val="center"/>
      </w:pPr>
      <w:r>
        <w:rPr>
          <w:i/>
        </w:rPr>
        <w:t>Please complete entire application to ensure processing.</w:t>
      </w:r>
    </w:p>
    <w:p w14:paraId="578E38F1" w14:textId="76957919" w:rsidR="00BA77EE" w:rsidRDefault="00ED6F12" w:rsidP="00CE71C3">
      <w:pPr>
        <w:spacing w:before="80" w:after="40"/>
        <w:jc w:val="center"/>
      </w:pPr>
      <w:r>
        <w:rPr>
          <w:b/>
          <w:sz w:val="20"/>
        </w:rPr>
        <w:t>PERSONAL INFORMATION (Please print)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099"/>
        <w:gridCol w:w="525"/>
        <w:gridCol w:w="874"/>
        <w:gridCol w:w="699"/>
        <w:gridCol w:w="1050"/>
        <w:gridCol w:w="1048"/>
        <w:gridCol w:w="702"/>
        <w:gridCol w:w="875"/>
        <w:gridCol w:w="1210"/>
        <w:gridCol w:w="1414"/>
      </w:tblGrid>
      <w:tr w:rsidR="00BA77EE" w14:paraId="267515B4" w14:textId="77777777" w:rsidTr="00CE71C3">
        <w:trPr>
          <w:jc w:val="center"/>
        </w:trPr>
        <w:tc>
          <w:tcPr>
            <w:tcW w:w="2099" w:type="dxa"/>
            <w:shd w:val="clear" w:color="auto" w:fill="E7E6E6"/>
            <w:vAlign w:val="center"/>
          </w:tcPr>
          <w:p w14:paraId="062B58E9" w14:textId="77777777" w:rsidR="00BA77EE" w:rsidRDefault="00ED6F12">
            <w:pPr>
              <w:spacing w:after="0"/>
            </w:pPr>
            <w:r>
              <w:rPr>
                <w:sz w:val="16"/>
              </w:rPr>
              <w:t>Name — Last</w:t>
            </w:r>
          </w:p>
        </w:tc>
        <w:tc>
          <w:tcPr>
            <w:tcW w:w="2098" w:type="dxa"/>
            <w:gridSpan w:val="3"/>
            <w:shd w:val="clear" w:color="auto" w:fill="E7E6E6"/>
            <w:vAlign w:val="center"/>
          </w:tcPr>
          <w:p w14:paraId="47FE9093" w14:textId="77777777" w:rsidR="00BA77EE" w:rsidRDefault="00ED6F12">
            <w:pPr>
              <w:spacing w:after="0"/>
            </w:pPr>
            <w:r>
              <w:rPr>
                <w:sz w:val="16"/>
              </w:rPr>
              <w:t>First</w:t>
            </w:r>
          </w:p>
        </w:tc>
        <w:tc>
          <w:tcPr>
            <w:tcW w:w="2098" w:type="dxa"/>
            <w:gridSpan w:val="2"/>
            <w:shd w:val="clear" w:color="auto" w:fill="E7E6E6"/>
            <w:vAlign w:val="center"/>
          </w:tcPr>
          <w:p w14:paraId="0BFD3E82" w14:textId="77777777" w:rsidR="00BA77EE" w:rsidRDefault="00ED6F12">
            <w:pPr>
              <w:spacing w:after="0"/>
            </w:pPr>
            <w:r>
              <w:rPr>
                <w:sz w:val="16"/>
              </w:rPr>
              <w:t>Middle</w:t>
            </w:r>
          </w:p>
        </w:tc>
        <w:tc>
          <w:tcPr>
            <w:tcW w:w="2787" w:type="dxa"/>
            <w:gridSpan w:val="3"/>
            <w:shd w:val="clear" w:color="auto" w:fill="E7E6E6"/>
            <w:vAlign w:val="center"/>
          </w:tcPr>
          <w:p w14:paraId="0D53B24F" w14:textId="557E7671" w:rsidR="00BA77EE" w:rsidRPr="00CE71C3" w:rsidRDefault="00CE71C3" w:rsidP="00CE71C3">
            <w:pPr>
              <w:spacing w:after="0"/>
              <w:rPr>
                <w:kern w:val="2"/>
                <w:sz w:val="14"/>
                <w:szCs w:val="14"/>
                <w14:ligatures w14:val="standardContextual"/>
              </w:rPr>
            </w:pPr>
            <w:r>
              <w:rPr>
                <w:color w:val="000000"/>
                <w:sz w:val="16"/>
                <w:szCs w:val="16"/>
              </w:rPr>
              <w:t xml:space="preserve">Social Security Number </w:t>
            </w:r>
            <w:r w:rsidRPr="00CE71C3">
              <w:rPr>
                <w:color w:val="000000"/>
                <w:sz w:val="12"/>
                <w:szCs w:val="12"/>
              </w:rPr>
              <w:t>(optional until required for payroll/employment verification)</w:t>
            </w:r>
          </w:p>
        </w:tc>
        <w:tc>
          <w:tcPr>
            <w:tcW w:w="1414" w:type="dxa"/>
            <w:shd w:val="clear" w:color="auto" w:fill="E7E6E6"/>
            <w:vAlign w:val="center"/>
          </w:tcPr>
          <w:p w14:paraId="5EEC3333" w14:textId="77777777" w:rsidR="00BA77EE" w:rsidRDefault="00ED6F12">
            <w:pPr>
              <w:spacing w:after="0"/>
            </w:pPr>
            <w:r>
              <w:rPr>
                <w:sz w:val="16"/>
              </w:rPr>
              <w:t>Date (M/D/Y)</w:t>
            </w:r>
          </w:p>
        </w:tc>
      </w:tr>
      <w:tr w:rsidR="00BA77EE" w14:paraId="066AE04E" w14:textId="77777777" w:rsidTr="00CE71C3">
        <w:trPr>
          <w:jc w:val="center"/>
        </w:trPr>
        <w:tc>
          <w:tcPr>
            <w:tcW w:w="2099" w:type="dxa"/>
            <w:vAlign w:val="center"/>
          </w:tcPr>
          <w:p w14:paraId="74CE5CA0" w14:textId="7375DC85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2098" w:type="dxa"/>
            <w:gridSpan w:val="3"/>
            <w:vAlign w:val="center"/>
          </w:tcPr>
          <w:p w14:paraId="2BC455D8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2098" w:type="dxa"/>
            <w:gridSpan w:val="2"/>
            <w:vAlign w:val="center"/>
          </w:tcPr>
          <w:p w14:paraId="261E12B7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2787" w:type="dxa"/>
            <w:gridSpan w:val="3"/>
            <w:vAlign w:val="center"/>
          </w:tcPr>
          <w:p w14:paraId="6AC0C8C0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1414" w:type="dxa"/>
            <w:vAlign w:val="center"/>
          </w:tcPr>
          <w:p w14:paraId="00E25887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</w:tr>
      <w:tr w:rsidR="00BA77EE" w14:paraId="3E5EAC1A" w14:textId="77777777" w:rsidTr="00CE71C3">
        <w:trPr>
          <w:jc w:val="center"/>
        </w:trPr>
        <w:tc>
          <w:tcPr>
            <w:tcW w:w="2624" w:type="dxa"/>
            <w:gridSpan w:val="2"/>
            <w:shd w:val="clear" w:color="auto" w:fill="E7E6E6"/>
            <w:vAlign w:val="center"/>
          </w:tcPr>
          <w:p w14:paraId="4D2BB8B9" w14:textId="77777777" w:rsidR="00BA77EE" w:rsidRDefault="00ED6F12">
            <w:pPr>
              <w:spacing w:after="0"/>
            </w:pPr>
            <w:r>
              <w:rPr>
                <w:sz w:val="16"/>
              </w:rPr>
              <w:t>Present Address — Street</w:t>
            </w:r>
          </w:p>
        </w:tc>
        <w:tc>
          <w:tcPr>
            <w:tcW w:w="2623" w:type="dxa"/>
            <w:gridSpan w:val="3"/>
            <w:shd w:val="clear" w:color="auto" w:fill="E7E6E6"/>
            <w:vAlign w:val="center"/>
          </w:tcPr>
          <w:p w14:paraId="215A72E0" w14:textId="77777777" w:rsidR="00BA77EE" w:rsidRDefault="00ED6F12">
            <w:pPr>
              <w:spacing w:after="0"/>
            </w:pPr>
            <w:r>
              <w:rPr>
                <w:sz w:val="16"/>
              </w:rPr>
              <w:t>City</w:t>
            </w:r>
          </w:p>
        </w:tc>
        <w:tc>
          <w:tcPr>
            <w:tcW w:w="2625" w:type="dxa"/>
            <w:gridSpan w:val="3"/>
            <w:shd w:val="clear" w:color="auto" w:fill="E7E6E6"/>
            <w:vAlign w:val="center"/>
          </w:tcPr>
          <w:p w14:paraId="25F5B18D" w14:textId="77777777" w:rsidR="00BA77EE" w:rsidRDefault="00ED6F12">
            <w:pPr>
              <w:spacing w:after="0"/>
            </w:pPr>
            <w:r>
              <w:rPr>
                <w:sz w:val="16"/>
              </w:rPr>
              <w:t>State</w:t>
            </w:r>
          </w:p>
        </w:tc>
        <w:tc>
          <w:tcPr>
            <w:tcW w:w="2624" w:type="dxa"/>
            <w:gridSpan w:val="2"/>
            <w:shd w:val="clear" w:color="auto" w:fill="E7E6E6"/>
            <w:vAlign w:val="center"/>
          </w:tcPr>
          <w:p w14:paraId="5DA92E36" w14:textId="77777777" w:rsidR="00BA77EE" w:rsidRDefault="00ED6F12">
            <w:pPr>
              <w:spacing w:after="0"/>
            </w:pPr>
            <w:r>
              <w:rPr>
                <w:sz w:val="16"/>
              </w:rPr>
              <w:t>Zip Code</w:t>
            </w:r>
          </w:p>
        </w:tc>
      </w:tr>
      <w:tr w:rsidR="00BA77EE" w14:paraId="2D411C86" w14:textId="77777777" w:rsidTr="00CE71C3">
        <w:trPr>
          <w:jc w:val="center"/>
        </w:trPr>
        <w:tc>
          <w:tcPr>
            <w:tcW w:w="2624" w:type="dxa"/>
            <w:gridSpan w:val="2"/>
            <w:vAlign w:val="center"/>
          </w:tcPr>
          <w:p w14:paraId="50FD3D28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2623" w:type="dxa"/>
            <w:gridSpan w:val="3"/>
            <w:vAlign w:val="center"/>
          </w:tcPr>
          <w:p w14:paraId="1E200DF6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2625" w:type="dxa"/>
            <w:gridSpan w:val="3"/>
            <w:vAlign w:val="center"/>
          </w:tcPr>
          <w:p w14:paraId="4EC45575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2624" w:type="dxa"/>
            <w:gridSpan w:val="2"/>
            <w:vAlign w:val="center"/>
          </w:tcPr>
          <w:p w14:paraId="5D0F4118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</w:tr>
      <w:tr w:rsidR="00BA77EE" w14:paraId="5A5CA919" w14:textId="77777777" w:rsidTr="00CE71C3">
        <w:trPr>
          <w:jc w:val="center"/>
        </w:trPr>
        <w:tc>
          <w:tcPr>
            <w:tcW w:w="3498" w:type="dxa"/>
            <w:gridSpan w:val="3"/>
            <w:shd w:val="clear" w:color="auto" w:fill="E7E6E6"/>
            <w:vAlign w:val="center"/>
          </w:tcPr>
          <w:p w14:paraId="5A3CD3C7" w14:textId="77777777" w:rsidR="00BA77EE" w:rsidRDefault="00ED6F12">
            <w:pPr>
              <w:spacing w:after="0"/>
            </w:pPr>
            <w:r>
              <w:rPr>
                <w:sz w:val="16"/>
              </w:rPr>
              <w:t>Phone Number — Daytime</w:t>
            </w:r>
          </w:p>
        </w:tc>
        <w:tc>
          <w:tcPr>
            <w:tcW w:w="3499" w:type="dxa"/>
            <w:gridSpan w:val="4"/>
            <w:shd w:val="clear" w:color="auto" w:fill="E7E6E6"/>
            <w:vAlign w:val="center"/>
          </w:tcPr>
          <w:p w14:paraId="6A954D49" w14:textId="77777777" w:rsidR="00BA77EE" w:rsidRDefault="00ED6F12">
            <w:pPr>
              <w:spacing w:after="0"/>
            </w:pPr>
            <w:r>
              <w:rPr>
                <w:sz w:val="16"/>
              </w:rPr>
              <w:t>Evening</w:t>
            </w:r>
          </w:p>
        </w:tc>
        <w:tc>
          <w:tcPr>
            <w:tcW w:w="3499" w:type="dxa"/>
            <w:gridSpan w:val="3"/>
            <w:shd w:val="clear" w:color="auto" w:fill="E7E6E6"/>
            <w:vAlign w:val="center"/>
          </w:tcPr>
          <w:p w14:paraId="7CC2DB1C" w14:textId="77777777" w:rsidR="00BA77EE" w:rsidRDefault="00ED6F12">
            <w:pPr>
              <w:spacing w:after="0"/>
            </w:pPr>
            <w:r>
              <w:rPr>
                <w:sz w:val="16"/>
              </w:rPr>
              <w:t>Referred By</w:t>
            </w:r>
          </w:p>
        </w:tc>
      </w:tr>
      <w:tr w:rsidR="00BA77EE" w14:paraId="33978AB9" w14:textId="77777777" w:rsidTr="00CE71C3">
        <w:trPr>
          <w:jc w:val="center"/>
        </w:trPr>
        <w:tc>
          <w:tcPr>
            <w:tcW w:w="3498" w:type="dxa"/>
            <w:gridSpan w:val="3"/>
            <w:vAlign w:val="center"/>
          </w:tcPr>
          <w:p w14:paraId="2FCFFB86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3499" w:type="dxa"/>
            <w:gridSpan w:val="4"/>
            <w:vAlign w:val="center"/>
          </w:tcPr>
          <w:p w14:paraId="58F11C8B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3499" w:type="dxa"/>
            <w:gridSpan w:val="3"/>
            <w:vAlign w:val="center"/>
          </w:tcPr>
          <w:p w14:paraId="34E0EAAC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</w:tr>
    </w:tbl>
    <w:p w14:paraId="6C62B39D" w14:textId="77777777" w:rsidR="000022F8" w:rsidRPr="00613347" w:rsidRDefault="000022F8" w:rsidP="000022F8">
      <w:pPr>
        <w:spacing w:after="0"/>
        <w:rPr>
          <w:sz w:val="2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5"/>
        <w:gridCol w:w="7524"/>
      </w:tblGrid>
      <w:tr w:rsidR="000022F8" w14:paraId="2A66AAF4" w14:textId="77777777" w:rsidTr="004E74D2">
        <w:trPr>
          <w:trHeight w:val="1722"/>
        </w:trPr>
        <w:tc>
          <w:tcPr>
            <w:tcW w:w="2955" w:type="dxa"/>
          </w:tcPr>
          <w:p w14:paraId="20F0DB4A" w14:textId="77777777" w:rsidR="000022F8" w:rsidRDefault="000022F8" w:rsidP="000022F8">
            <w:r>
              <w:t>Are you legally eligible for employment in the U.S.?   Yes _____   No _____</w:t>
            </w:r>
          </w:p>
          <w:p w14:paraId="53197CBA" w14:textId="77777777" w:rsidR="000022F8" w:rsidRDefault="000022F8" w:rsidP="000022F8">
            <w:r>
              <w:t>(Proof of U.S. citizenship or immigration status will be required if hired for a position in the U.S.)</w:t>
            </w:r>
          </w:p>
          <w:p w14:paraId="72E19B98" w14:textId="77777777" w:rsidR="000022F8" w:rsidRDefault="000022F8"/>
        </w:tc>
        <w:tc>
          <w:tcPr>
            <w:tcW w:w="7524" w:type="dxa"/>
          </w:tcPr>
          <w:p w14:paraId="5559F005" w14:textId="77777777" w:rsidR="000022F8" w:rsidRDefault="000022F8" w:rsidP="000022F8">
            <w:r>
              <w:t>Are you less than 18 years of age?   Yes _____   No _____</w:t>
            </w:r>
          </w:p>
          <w:p w14:paraId="7659DC89" w14:textId="77777777" w:rsidR="000022F8" w:rsidRDefault="000022F8" w:rsidP="000022F8">
            <w:r>
              <w:t>Have you been convicted of a felony in the last seven (7) years?   Yes _____   No _____</w:t>
            </w:r>
          </w:p>
          <w:p w14:paraId="706E631C" w14:textId="77777777" w:rsidR="000022F8" w:rsidRDefault="000022F8" w:rsidP="000022F8">
            <w:r>
              <w:t>If Yes, list convictions that are a matter of public record (arrests are not convictions). A conviction will not necessarily disqualify you for employment.</w:t>
            </w:r>
          </w:p>
          <w:p w14:paraId="541AFCF2" w14:textId="47C17A47" w:rsidR="000022F8" w:rsidRDefault="000022F8">
            <w:r>
              <w:t>Convictions: _________________________________________________________________________</w:t>
            </w:r>
          </w:p>
        </w:tc>
      </w:tr>
    </w:tbl>
    <w:p w14:paraId="4D87DC51" w14:textId="77777777" w:rsidR="00BA77EE" w:rsidRDefault="00ED6F12" w:rsidP="00F554F9">
      <w:pPr>
        <w:spacing w:before="80" w:after="0"/>
      </w:pPr>
      <w:r>
        <w:rPr>
          <w:b/>
          <w:sz w:val="20"/>
        </w:rPr>
        <w:t>EMPLOYMENT DESIRED</w:t>
      </w:r>
    </w:p>
    <w:p w14:paraId="701BE1B2" w14:textId="77777777" w:rsidR="00BA77EE" w:rsidRDefault="00ED6F12" w:rsidP="000022F8">
      <w:pPr>
        <w:spacing w:after="0"/>
      </w:pPr>
      <w:r>
        <w:t>If you are applying for an hourly position, please keep in mind that the availability of hours may vary.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3499"/>
        <w:gridCol w:w="3499"/>
        <w:gridCol w:w="3498"/>
      </w:tblGrid>
      <w:tr w:rsidR="00BA77EE" w14:paraId="5D4C6CB4" w14:textId="77777777">
        <w:trPr>
          <w:jc w:val="center"/>
        </w:trPr>
        <w:tc>
          <w:tcPr>
            <w:tcW w:w="3504" w:type="dxa"/>
            <w:shd w:val="clear" w:color="auto" w:fill="E7E6E6"/>
            <w:vAlign w:val="center"/>
          </w:tcPr>
          <w:p w14:paraId="78AE546F" w14:textId="77777777" w:rsidR="00BA77EE" w:rsidRDefault="00ED6F12">
            <w:pPr>
              <w:spacing w:after="0"/>
            </w:pPr>
            <w:r>
              <w:rPr>
                <w:sz w:val="16"/>
              </w:rPr>
              <w:t>Position</w:t>
            </w:r>
          </w:p>
        </w:tc>
        <w:tc>
          <w:tcPr>
            <w:tcW w:w="3504" w:type="dxa"/>
            <w:shd w:val="clear" w:color="auto" w:fill="E7E6E6"/>
            <w:vAlign w:val="center"/>
          </w:tcPr>
          <w:p w14:paraId="52EA2062" w14:textId="77777777" w:rsidR="00BA77EE" w:rsidRDefault="00ED6F12">
            <w:pPr>
              <w:spacing w:after="0"/>
            </w:pPr>
            <w:r>
              <w:rPr>
                <w:sz w:val="16"/>
              </w:rPr>
              <w:t>Salary Desired</w:t>
            </w:r>
          </w:p>
        </w:tc>
        <w:tc>
          <w:tcPr>
            <w:tcW w:w="3504" w:type="dxa"/>
            <w:shd w:val="clear" w:color="auto" w:fill="E7E6E6"/>
            <w:vAlign w:val="center"/>
          </w:tcPr>
          <w:p w14:paraId="7AE92564" w14:textId="77777777" w:rsidR="00BA77EE" w:rsidRDefault="00ED6F12">
            <w:pPr>
              <w:spacing w:after="0"/>
            </w:pPr>
            <w:r>
              <w:rPr>
                <w:sz w:val="16"/>
              </w:rPr>
              <w:t>Date You Can Start</w:t>
            </w:r>
          </w:p>
        </w:tc>
      </w:tr>
      <w:tr w:rsidR="00BA77EE" w14:paraId="77E231AB" w14:textId="77777777">
        <w:trPr>
          <w:jc w:val="center"/>
        </w:trPr>
        <w:tc>
          <w:tcPr>
            <w:tcW w:w="3504" w:type="dxa"/>
            <w:vAlign w:val="center"/>
          </w:tcPr>
          <w:p w14:paraId="57F32D80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3504" w:type="dxa"/>
            <w:vAlign w:val="center"/>
          </w:tcPr>
          <w:p w14:paraId="272567DC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3504" w:type="dxa"/>
            <w:vAlign w:val="center"/>
          </w:tcPr>
          <w:p w14:paraId="610E2D06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</w:tr>
    </w:tbl>
    <w:p w14:paraId="3B985BF1" w14:textId="77777777" w:rsidR="00BA77EE" w:rsidRDefault="00ED6F12" w:rsidP="000022F8">
      <w:pPr>
        <w:spacing w:after="0"/>
      </w:pPr>
      <w:r>
        <w:t>Specify hours available for each day of the week: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1499"/>
        <w:gridCol w:w="1499"/>
        <w:gridCol w:w="1499"/>
        <w:gridCol w:w="1500"/>
        <w:gridCol w:w="1500"/>
        <w:gridCol w:w="1499"/>
        <w:gridCol w:w="1500"/>
      </w:tblGrid>
      <w:tr w:rsidR="00BA77EE" w14:paraId="4ADFF973" w14:textId="77777777">
        <w:trPr>
          <w:jc w:val="center"/>
        </w:trPr>
        <w:tc>
          <w:tcPr>
            <w:tcW w:w="1502" w:type="dxa"/>
            <w:shd w:val="clear" w:color="auto" w:fill="E7E6E6"/>
            <w:vAlign w:val="center"/>
          </w:tcPr>
          <w:p w14:paraId="5F0BF8E7" w14:textId="77777777" w:rsidR="00BA77EE" w:rsidRDefault="00ED6F12">
            <w:pPr>
              <w:spacing w:after="0"/>
            </w:pPr>
            <w:r>
              <w:rPr>
                <w:sz w:val="16"/>
              </w:rPr>
              <w:t>Sunday</w:t>
            </w:r>
          </w:p>
        </w:tc>
        <w:tc>
          <w:tcPr>
            <w:tcW w:w="1502" w:type="dxa"/>
            <w:shd w:val="clear" w:color="auto" w:fill="E7E6E6"/>
            <w:vAlign w:val="center"/>
          </w:tcPr>
          <w:p w14:paraId="69589347" w14:textId="77777777" w:rsidR="00BA77EE" w:rsidRDefault="00ED6F12">
            <w:pPr>
              <w:spacing w:after="0"/>
            </w:pPr>
            <w:r>
              <w:rPr>
                <w:sz w:val="16"/>
              </w:rPr>
              <w:t>Monday</w:t>
            </w:r>
          </w:p>
        </w:tc>
        <w:tc>
          <w:tcPr>
            <w:tcW w:w="1502" w:type="dxa"/>
            <w:shd w:val="clear" w:color="auto" w:fill="E7E6E6"/>
            <w:vAlign w:val="center"/>
          </w:tcPr>
          <w:p w14:paraId="0616F113" w14:textId="77777777" w:rsidR="00BA77EE" w:rsidRDefault="00ED6F12">
            <w:pPr>
              <w:spacing w:after="0"/>
            </w:pPr>
            <w:r>
              <w:rPr>
                <w:sz w:val="16"/>
              </w:rPr>
              <w:t>Tuesday</w:t>
            </w:r>
          </w:p>
        </w:tc>
        <w:tc>
          <w:tcPr>
            <w:tcW w:w="1502" w:type="dxa"/>
            <w:shd w:val="clear" w:color="auto" w:fill="E7E6E6"/>
            <w:vAlign w:val="center"/>
          </w:tcPr>
          <w:p w14:paraId="392B170E" w14:textId="77777777" w:rsidR="00BA77EE" w:rsidRDefault="00ED6F12">
            <w:pPr>
              <w:spacing w:after="0"/>
            </w:pPr>
            <w:r>
              <w:rPr>
                <w:sz w:val="16"/>
              </w:rPr>
              <w:t>Wednesday</w:t>
            </w:r>
          </w:p>
        </w:tc>
        <w:tc>
          <w:tcPr>
            <w:tcW w:w="1502" w:type="dxa"/>
            <w:shd w:val="clear" w:color="auto" w:fill="E7E6E6"/>
            <w:vAlign w:val="center"/>
          </w:tcPr>
          <w:p w14:paraId="452053EB" w14:textId="77777777" w:rsidR="00BA77EE" w:rsidRDefault="00ED6F12">
            <w:pPr>
              <w:spacing w:after="0"/>
            </w:pPr>
            <w:r>
              <w:rPr>
                <w:sz w:val="16"/>
              </w:rPr>
              <w:t>Thursday</w:t>
            </w:r>
          </w:p>
        </w:tc>
        <w:tc>
          <w:tcPr>
            <w:tcW w:w="1502" w:type="dxa"/>
            <w:shd w:val="clear" w:color="auto" w:fill="E7E6E6"/>
            <w:vAlign w:val="center"/>
          </w:tcPr>
          <w:p w14:paraId="0440446D" w14:textId="77777777" w:rsidR="00BA77EE" w:rsidRDefault="00ED6F12">
            <w:pPr>
              <w:spacing w:after="0"/>
            </w:pPr>
            <w:r>
              <w:rPr>
                <w:sz w:val="16"/>
              </w:rPr>
              <w:t>Friday</w:t>
            </w:r>
          </w:p>
        </w:tc>
        <w:tc>
          <w:tcPr>
            <w:tcW w:w="1502" w:type="dxa"/>
            <w:shd w:val="clear" w:color="auto" w:fill="E7E6E6"/>
            <w:vAlign w:val="center"/>
          </w:tcPr>
          <w:p w14:paraId="308DCC36" w14:textId="77777777" w:rsidR="00BA77EE" w:rsidRDefault="00ED6F12">
            <w:pPr>
              <w:spacing w:after="0"/>
            </w:pPr>
            <w:r>
              <w:rPr>
                <w:sz w:val="16"/>
              </w:rPr>
              <w:t>Saturday</w:t>
            </w:r>
          </w:p>
        </w:tc>
      </w:tr>
      <w:tr w:rsidR="00BA77EE" w14:paraId="001746FE" w14:textId="77777777">
        <w:trPr>
          <w:jc w:val="center"/>
        </w:trPr>
        <w:tc>
          <w:tcPr>
            <w:tcW w:w="1502" w:type="dxa"/>
            <w:vAlign w:val="center"/>
          </w:tcPr>
          <w:p w14:paraId="0D7195B6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1502" w:type="dxa"/>
            <w:vAlign w:val="center"/>
          </w:tcPr>
          <w:p w14:paraId="59890DEE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1502" w:type="dxa"/>
            <w:vAlign w:val="center"/>
          </w:tcPr>
          <w:p w14:paraId="79E840BE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1502" w:type="dxa"/>
            <w:vAlign w:val="center"/>
          </w:tcPr>
          <w:p w14:paraId="5E08BEB2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1502" w:type="dxa"/>
            <w:vAlign w:val="center"/>
          </w:tcPr>
          <w:p w14:paraId="10888E4E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1502" w:type="dxa"/>
            <w:vAlign w:val="center"/>
          </w:tcPr>
          <w:p w14:paraId="61C7FF6E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  <w:tc>
          <w:tcPr>
            <w:tcW w:w="1502" w:type="dxa"/>
            <w:vAlign w:val="center"/>
          </w:tcPr>
          <w:p w14:paraId="509F0889" w14:textId="77777777" w:rsidR="00BA77EE" w:rsidRPr="000022F8" w:rsidRDefault="00ED6F12">
            <w:pPr>
              <w:spacing w:after="0"/>
              <w:rPr>
                <w:sz w:val="28"/>
                <w:szCs w:val="40"/>
              </w:rPr>
            </w:pPr>
            <w:r w:rsidRPr="000022F8">
              <w:rPr>
                <w:sz w:val="28"/>
                <w:szCs w:val="40"/>
              </w:rPr>
              <w:t xml:space="preserve">   </w:t>
            </w:r>
          </w:p>
        </w:tc>
      </w:tr>
    </w:tbl>
    <w:p w14:paraId="11585B77" w14:textId="77777777" w:rsidR="00F554F9" w:rsidRPr="00F554F9" w:rsidRDefault="00F554F9" w:rsidP="00F554F9">
      <w:pPr>
        <w:spacing w:after="0"/>
        <w:rPr>
          <w:sz w:val="2"/>
          <w:szCs w:val="6"/>
        </w:rPr>
      </w:pPr>
    </w:p>
    <w:p w14:paraId="180B1BDF" w14:textId="5BD4E4BF" w:rsidR="00BA77EE" w:rsidRDefault="00ED6F12" w:rsidP="00F554F9">
      <w:pPr>
        <w:spacing w:after="0"/>
      </w:pPr>
      <w:r>
        <w:t>Fewest hours per week you would accept: __________    Most hours per week you would be willing to work: __________</w:t>
      </w:r>
    </w:p>
    <w:p w14:paraId="7D390A2F" w14:textId="77777777" w:rsidR="00BA77EE" w:rsidRDefault="00ED6F12" w:rsidP="004E74D2">
      <w:pPr>
        <w:spacing w:before="80" w:after="0"/>
      </w:pPr>
      <w:r>
        <w:rPr>
          <w:b/>
          <w:sz w:val="20"/>
        </w:rPr>
        <w:t>EDUCATION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30"/>
        <w:gridCol w:w="3621"/>
        <w:gridCol w:w="1087"/>
        <w:gridCol w:w="1067"/>
        <w:gridCol w:w="3107"/>
      </w:tblGrid>
      <w:tr w:rsidR="00F554F9" w14:paraId="7F8158F1" w14:textId="77777777" w:rsidTr="00F554F9">
        <w:trPr>
          <w:trHeight w:val="417"/>
        </w:trPr>
        <w:tc>
          <w:tcPr>
            <w:tcW w:w="1644" w:type="dxa"/>
            <w:shd w:val="clear" w:color="auto" w:fill="D9E2F3"/>
            <w:vAlign w:val="bottom"/>
            <w:hideMark/>
          </w:tcPr>
          <w:p w14:paraId="55D763FD" w14:textId="77777777" w:rsidR="00F554F9" w:rsidRDefault="00F554F9">
            <w:pPr>
              <w:spacing w:after="0"/>
              <w:jc w:val="center"/>
              <w:rPr>
                <w:kern w:val="2"/>
                <w:szCs w:val="18"/>
                <w14:ligatures w14:val="standardContextual"/>
              </w:rPr>
            </w:pPr>
            <w:r>
              <w:rPr>
                <w:color w:val="000000"/>
              </w:rPr>
              <w:t>School</w:t>
            </w:r>
          </w:p>
        </w:tc>
        <w:tc>
          <w:tcPr>
            <w:tcW w:w="3684" w:type="dxa"/>
            <w:shd w:val="clear" w:color="auto" w:fill="D9E2F3"/>
            <w:vAlign w:val="bottom"/>
            <w:hideMark/>
          </w:tcPr>
          <w:p w14:paraId="4323B774" w14:textId="77777777" w:rsidR="00F554F9" w:rsidRDefault="00F554F9">
            <w:pPr>
              <w:spacing w:after="0"/>
              <w:jc w:val="center"/>
            </w:pPr>
            <w:r>
              <w:rPr>
                <w:color w:val="000000"/>
              </w:rPr>
              <w:t>Name and Location of School</w:t>
            </w:r>
          </w:p>
        </w:tc>
        <w:tc>
          <w:tcPr>
            <w:tcW w:w="1087" w:type="dxa"/>
            <w:shd w:val="clear" w:color="auto" w:fill="D9E2F3"/>
            <w:vAlign w:val="bottom"/>
            <w:hideMark/>
          </w:tcPr>
          <w:p w14:paraId="4C41AF1D" w14:textId="77777777" w:rsidR="00F554F9" w:rsidRDefault="00F554F9">
            <w:pPr>
              <w:spacing w:after="0"/>
              <w:jc w:val="center"/>
            </w:pPr>
            <w:r>
              <w:rPr>
                <w:color w:val="000000"/>
              </w:rPr>
              <w:t>Years Completed</w:t>
            </w:r>
          </w:p>
        </w:tc>
        <w:tc>
          <w:tcPr>
            <w:tcW w:w="1067" w:type="dxa"/>
            <w:shd w:val="clear" w:color="auto" w:fill="D9E2F3"/>
            <w:vAlign w:val="bottom"/>
            <w:hideMark/>
          </w:tcPr>
          <w:p w14:paraId="0EE7BA70" w14:textId="77777777" w:rsidR="00F554F9" w:rsidRDefault="00F554F9">
            <w:pPr>
              <w:spacing w:after="0"/>
              <w:jc w:val="center"/>
            </w:pPr>
            <w:r>
              <w:rPr>
                <w:color w:val="000000"/>
              </w:rPr>
              <w:t>Graduate? Y/N</w:t>
            </w:r>
          </w:p>
        </w:tc>
        <w:tc>
          <w:tcPr>
            <w:tcW w:w="3156" w:type="dxa"/>
            <w:shd w:val="clear" w:color="auto" w:fill="D9E2F3"/>
            <w:vAlign w:val="bottom"/>
            <w:hideMark/>
          </w:tcPr>
          <w:p w14:paraId="6AE8186D" w14:textId="77777777" w:rsidR="00F554F9" w:rsidRDefault="00F554F9">
            <w:pPr>
              <w:spacing w:after="0"/>
              <w:jc w:val="center"/>
            </w:pPr>
            <w:r>
              <w:rPr>
                <w:color w:val="000000"/>
              </w:rPr>
              <w:t>Degrees Received</w:t>
            </w:r>
          </w:p>
          <w:p w14:paraId="64FE0136" w14:textId="77777777" w:rsidR="00F554F9" w:rsidRDefault="00F554F9">
            <w:pPr>
              <w:spacing w:after="0"/>
              <w:jc w:val="center"/>
            </w:pPr>
            <w:r>
              <w:rPr>
                <w:color w:val="000000"/>
              </w:rPr>
              <w:t>Subjects Studied</w:t>
            </w:r>
          </w:p>
        </w:tc>
      </w:tr>
      <w:tr w:rsidR="000022F8" w14:paraId="6276E9AC" w14:textId="77777777" w:rsidTr="000022F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c>
          <w:tcPr>
            <w:tcW w:w="1644" w:type="dxa"/>
          </w:tcPr>
          <w:p w14:paraId="04FA6FFD" w14:textId="77777777" w:rsidR="000022F8" w:rsidRDefault="000022F8">
            <w:r>
              <w:t>High School</w:t>
            </w:r>
          </w:p>
        </w:tc>
        <w:tc>
          <w:tcPr>
            <w:tcW w:w="3684" w:type="dxa"/>
          </w:tcPr>
          <w:p w14:paraId="16A6DDF5" w14:textId="77777777" w:rsidR="000022F8" w:rsidRDefault="000022F8">
            <w:r>
              <w:t xml:space="preserve"> </w:t>
            </w:r>
          </w:p>
        </w:tc>
        <w:tc>
          <w:tcPr>
            <w:tcW w:w="1087" w:type="dxa"/>
          </w:tcPr>
          <w:p w14:paraId="1A9DB774" w14:textId="77777777" w:rsidR="000022F8" w:rsidRDefault="000022F8">
            <w:r>
              <w:t xml:space="preserve"> </w:t>
            </w:r>
          </w:p>
        </w:tc>
        <w:tc>
          <w:tcPr>
            <w:tcW w:w="1067" w:type="dxa"/>
          </w:tcPr>
          <w:p w14:paraId="2F93A081" w14:textId="77777777" w:rsidR="000022F8" w:rsidRDefault="000022F8">
            <w:r>
              <w:t xml:space="preserve"> </w:t>
            </w:r>
          </w:p>
        </w:tc>
        <w:tc>
          <w:tcPr>
            <w:tcW w:w="3156" w:type="dxa"/>
          </w:tcPr>
          <w:p w14:paraId="4D8133A7" w14:textId="77777777" w:rsidR="000022F8" w:rsidRDefault="000022F8">
            <w:r>
              <w:t xml:space="preserve"> </w:t>
            </w:r>
          </w:p>
        </w:tc>
      </w:tr>
      <w:tr w:rsidR="000022F8" w14:paraId="38C54B18" w14:textId="77777777" w:rsidTr="000022F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c>
          <w:tcPr>
            <w:tcW w:w="1644" w:type="dxa"/>
          </w:tcPr>
          <w:p w14:paraId="06EF4BEC" w14:textId="77777777" w:rsidR="000022F8" w:rsidRDefault="000022F8">
            <w:r>
              <w:t>College</w:t>
            </w:r>
          </w:p>
        </w:tc>
        <w:tc>
          <w:tcPr>
            <w:tcW w:w="3684" w:type="dxa"/>
          </w:tcPr>
          <w:p w14:paraId="25404772" w14:textId="77777777" w:rsidR="000022F8" w:rsidRDefault="000022F8">
            <w:r>
              <w:t xml:space="preserve"> </w:t>
            </w:r>
          </w:p>
        </w:tc>
        <w:tc>
          <w:tcPr>
            <w:tcW w:w="1087" w:type="dxa"/>
          </w:tcPr>
          <w:p w14:paraId="2E01A86C" w14:textId="77777777" w:rsidR="000022F8" w:rsidRDefault="000022F8">
            <w:r>
              <w:t xml:space="preserve"> </w:t>
            </w:r>
          </w:p>
        </w:tc>
        <w:tc>
          <w:tcPr>
            <w:tcW w:w="1067" w:type="dxa"/>
          </w:tcPr>
          <w:p w14:paraId="10A70011" w14:textId="77777777" w:rsidR="000022F8" w:rsidRDefault="000022F8">
            <w:r>
              <w:t xml:space="preserve"> </w:t>
            </w:r>
          </w:p>
        </w:tc>
        <w:tc>
          <w:tcPr>
            <w:tcW w:w="3156" w:type="dxa"/>
          </w:tcPr>
          <w:p w14:paraId="71BA54EE" w14:textId="77777777" w:rsidR="000022F8" w:rsidRDefault="000022F8">
            <w:r>
              <w:t xml:space="preserve"> </w:t>
            </w:r>
          </w:p>
        </w:tc>
      </w:tr>
      <w:tr w:rsidR="000022F8" w14:paraId="40842BF9" w14:textId="77777777" w:rsidTr="000022F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c>
          <w:tcPr>
            <w:tcW w:w="1644" w:type="dxa"/>
          </w:tcPr>
          <w:p w14:paraId="03DEAB31" w14:textId="77777777" w:rsidR="000022F8" w:rsidRDefault="000022F8">
            <w:r>
              <w:t>Other Schooling</w:t>
            </w:r>
          </w:p>
        </w:tc>
        <w:tc>
          <w:tcPr>
            <w:tcW w:w="3684" w:type="dxa"/>
          </w:tcPr>
          <w:p w14:paraId="105A379E" w14:textId="77777777" w:rsidR="000022F8" w:rsidRDefault="000022F8">
            <w:r>
              <w:t xml:space="preserve"> </w:t>
            </w:r>
          </w:p>
        </w:tc>
        <w:tc>
          <w:tcPr>
            <w:tcW w:w="1087" w:type="dxa"/>
          </w:tcPr>
          <w:p w14:paraId="70146071" w14:textId="77777777" w:rsidR="000022F8" w:rsidRDefault="000022F8">
            <w:r>
              <w:t xml:space="preserve"> </w:t>
            </w:r>
          </w:p>
        </w:tc>
        <w:tc>
          <w:tcPr>
            <w:tcW w:w="1067" w:type="dxa"/>
          </w:tcPr>
          <w:p w14:paraId="58C4CA28" w14:textId="77777777" w:rsidR="000022F8" w:rsidRDefault="000022F8">
            <w:r>
              <w:t xml:space="preserve"> </w:t>
            </w:r>
          </w:p>
        </w:tc>
        <w:tc>
          <w:tcPr>
            <w:tcW w:w="3156" w:type="dxa"/>
          </w:tcPr>
          <w:p w14:paraId="108C4B28" w14:textId="77777777" w:rsidR="000022F8" w:rsidRDefault="000022F8">
            <w:r>
              <w:t xml:space="preserve"> </w:t>
            </w:r>
          </w:p>
        </w:tc>
      </w:tr>
    </w:tbl>
    <w:p w14:paraId="4827B80E" w14:textId="77777777" w:rsidR="000022F8" w:rsidRPr="00F554F9" w:rsidRDefault="000022F8">
      <w:pPr>
        <w:rPr>
          <w:sz w:val="2"/>
          <w:szCs w:val="6"/>
        </w:rPr>
      </w:pPr>
    </w:p>
    <w:p w14:paraId="2997C4F4" w14:textId="29BCB991" w:rsidR="00BA77EE" w:rsidRDefault="00ED6F12" w:rsidP="00613347">
      <w:pPr>
        <w:spacing w:after="0"/>
      </w:pPr>
      <w:r>
        <w:t>List skills relevant to the position applied for: ________________________________________________________________</w:t>
      </w:r>
    </w:p>
    <w:p w14:paraId="3E6B81C8" w14:textId="77777777" w:rsidR="00BA77EE" w:rsidRDefault="00ED6F12" w:rsidP="00613347">
      <w:pPr>
        <w:spacing w:after="0"/>
      </w:pPr>
      <w:r>
        <w:t>Computer Proficiency:   Word for Windows ______   Excel ______   Others: _______________________________________</w:t>
      </w:r>
    </w:p>
    <w:tbl>
      <w:tblPr>
        <w:tblW w:w="50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2"/>
      </w:tblGrid>
      <w:tr w:rsidR="00F554F9" w14:paraId="534E8DA7" w14:textId="77777777" w:rsidTr="00613347">
        <w:trPr>
          <w:trHeight w:val="5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225A07C" w14:textId="77777777" w:rsidR="00F554F9" w:rsidRDefault="00F554F9">
            <w:pPr>
              <w:spacing w:after="0"/>
              <w:rPr>
                <w:kern w:val="2"/>
                <w:szCs w:val="18"/>
                <w14:ligatures w14:val="standardContextual"/>
              </w:rPr>
            </w:pPr>
            <w:r>
              <w:t>Have you ever played at Marias Valley? If yes, describe your experience:</w:t>
            </w:r>
          </w:p>
          <w:p w14:paraId="388A8AEA" w14:textId="77777777" w:rsidR="00F554F9" w:rsidRDefault="00F554F9">
            <w:pPr>
              <w:spacing w:after="0"/>
            </w:pPr>
            <w:r>
              <w:t>_________________________________________________________________________________________________________</w:t>
            </w:r>
          </w:p>
          <w:p w14:paraId="6C816864" w14:textId="77777777" w:rsidR="00613347" w:rsidRDefault="00613347">
            <w:pPr>
              <w:spacing w:after="0"/>
            </w:pPr>
          </w:p>
          <w:p w14:paraId="360012FE" w14:textId="77777777" w:rsidR="00F554F9" w:rsidRDefault="00F554F9">
            <w:pPr>
              <w:spacing w:after="0"/>
            </w:pPr>
            <w:r>
              <w:t>_________________________________________________________________________________________________________</w:t>
            </w:r>
          </w:p>
          <w:p w14:paraId="3BE567E6" w14:textId="77777777" w:rsidR="00F554F9" w:rsidRDefault="00F554F9">
            <w:pPr>
              <w:spacing w:after="0"/>
            </w:pPr>
            <w:r>
              <w:t>Why would you like to work for Marias Valley?</w:t>
            </w:r>
          </w:p>
          <w:p w14:paraId="6ACFC349" w14:textId="77777777" w:rsidR="00F554F9" w:rsidRDefault="00F554F9">
            <w:pPr>
              <w:spacing w:after="0"/>
            </w:pPr>
            <w:r>
              <w:t>_________________________________________________________________________________________________________</w:t>
            </w:r>
          </w:p>
          <w:p w14:paraId="38E34066" w14:textId="77777777" w:rsidR="00613347" w:rsidRDefault="00613347">
            <w:pPr>
              <w:spacing w:after="0"/>
            </w:pPr>
          </w:p>
          <w:p w14:paraId="3F83B477" w14:textId="77777777" w:rsidR="00F554F9" w:rsidRDefault="00F554F9">
            <w:pPr>
              <w:spacing w:after="0"/>
            </w:pPr>
            <w:r>
              <w:t>_________________________________________________________________________________________________________</w:t>
            </w:r>
          </w:p>
          <w:p w14:paraId="3AAF1744" w14:textId="77777777" w:rsidR="00F554F9" w:rsidRDefault="00F554F9">
            <w:pPr>
              <w:spacing w:after="0"/>
            </w:pPr>
            <w:r>
              <w:t>As an employee how would you add value to Marias Valley?</w:t>
            </w:r>
          </w:p>
          <w:p w14:paraId="6A1C63F7" w14:textId="77777777" w:rsidR="00F554F9" w:rsidRDefault="00F554F9">
            <w:pPr>
              <w:spacing w:after="0"/>
            </w:pPr>
            <w:r>
              <w:t>_________________________________________________________________________________________________________</w:t>
            </w:r>
          </w:p>
          <w:p w14:paraId="01A3F30C" w14:textId="77777777" w:rsidR="00613347" w:rsidRDefault="00613347">
            <w:pPr>
              <w:spacing w:after="0"/>
            </w:pPr>
          </w:p>
          <w:p w14:paraId="5E33F9E2" w14:textId="77777777" w:rsidR="00F554F9" w:rsidRDefault="00F554F9">
            <w:pPr>
              <w:spacing w:after="0"/>
            </w:pPr>
            <w:r>
              <w:t>_________________________________________________________________________________________________________</w:t>
            </w:r>
          </w:p>
          <w:p w14:paraId="0B06364F" w14:textId="77777777" w:rsidR="00F554F9" w:rsidRDefault="00F554F9">
            <w:pPr>
              <w:spacing w:after="0"/>
            </w:pPr>
            <w:r>
              <w:t>What do you like about golf?</w:t>
            </w:r>
          </w:p>
          <w:p w14:paraId="085E3B10" w14:textId="77777777" w:rsidR="00F554F9" w:rsidRDefault="00F554F9">
            <w:pPr>
              <w:spacing w:after="0"/>
            </w:pPr>
            <w:r>
              <w:t>_________________________________________________________________________________________________________</w:t>
            </w:r>
          </w:p>
          <w:p w14:paraId="740C2FA3" w14:textId="77777777" w:rsidR="00613347" w:rsidRDefault="00613347">
            <w:pPr>
              <w:spacing w:after="0"/>
            </w:pPr>
          </w:p>
          <w:p w14:paraId="220C776E" w14:textId="77777777" w:rsidR="00F554F9" w:rsidRDefault="00F554F9">
            <w:pPr>
              <w:spacing w:after="0"/>
            </w:pPr>
            <w:r>
              <w:t>_________________________________________________________________________________________________________</w:t>
            </w:r>
          </w:p>
        </w:tc>
      </w:tr>
    </w:tbl>
    <w:p w14:paraId="122DBD55" w14:textId="0AD7EEE4" w:rsidR="00BA77EE" w:rsidRPr="004E74D2" w:rsidRDefault="00613347" w:rsidP="004E74D2">
      <w:pPr>
        <w:spacing w:after="0"/>
        <w:rPr>
          <w:sz w:val="16"/>
          <w:szCs w:val="20"/>
        </w:rPr>
      </w:pPr>
      <w:r w:rsidRPr="004E74D2">
        <w:rPr>
          <w:b/>
          <w:sz w:val="22"/>
          <w:szCs w:val="20"/>
        </w:rPr>
        <w:lastRenderedPageBreak/>
        <w:t>Marias Valley Golf &amp; Country Club</w:t>
      </w:r>
      <w:r w:rsidR="00ED6F12" w:rsidRPr="004E74D2">
        <w:rPr>
          <w:b/>
          <w:sz w:val="22"/>
          <w:szCs w:val="20"/>
        </w:rPr>
        <w:t xml:space="preserve"> — EMPLOYMENT APPLICATION</w:t>
      </w:r>
    </w:p>
    <w:p w14:paraId="7FC5177A" w14:textId="77777777" w:rsidR="00BA77EE" w:rsidRDefault="00ED6F12" w:rsidP="004E74D2">
      <w:pPr>
        <w:spacing w:before="80" w:after="0"/>
      </w:pPr>
      <w:r>
        <w:rPr>
          <w:b/>
          <w:sz w:val="20"/>
        </w:rPr>
        <w:t>FORMER EMPLOYERS</w:t>
      </w:r>
    </w:p>
    <w:p w14:paraId="4722ACF7" w14:textId="77777777" w:rsidR="00BA77EE" w:rsidRPr="004E74D2" w:rsidRDefault="00ED6F12" w:rsidP="004E74D2">
      <w:pPr>
        <w:spacing w:after="0"/>
      </w:pPr>
      <w:r w:rsidRPr="004E74D2">
        <w:t>List below current and last three employers, starting with most recent one first. Please include any non-paid/volunteer experience which is related to the job for which you are applying. Please complete even if you attach a resume.</w:t>
      </w:r>
    </w:p>
    <w:p w14:paraId="18524D22" w14:textId="30E2471E" w:rsidR="00BA77EE" w:rsidRDefault="00ED6F12" w:rsidP="00276BDB">
      <w:pPr>
        <w:spacing w:after="0"/>
      </w:pPr>
      <w:r>
        <w:rPr>
          <w:b/>
        </w:rPr>
        <w:t>Current Employer</w:t>
      </w:r>
      <w:r w:rsidR="004E74D2">
        <w:rPr>
          <w:b/>
        </w:rPr>
        <w:t>/Previous Employer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098"/>
        <w:gridCol w:w="525"/>
        <w:gridCol w:w="1574"/>
        <w:gridCol w:w="1051"/>
        <w:gridCol w:w="1048"/>
        <w:gridCol w:w="1612"/>
        <w:gridCol w:w="2588"/>
      </w:tblGrid>
      <w:tr w:rsidR="00BA77EE" w14:paraId="5C4CB6B3" w14:textId="77777777" w:rsidTr="005D5EC9">
        <w:trPr>
          <w:jc w:val="center"/>
        </w:trPr>
        <w:tc>
          <w:tcPr>
            <w:tcW w:w="2628" w:type="dxa"/>
            <w:gridSpan w:val="2"/>
            <w:shd w:val="clear" w:color="auto" w:fill="E7E6E6"/>
            <w:vAlign w:val="center"/>
          </w:tcPr>
          <w:p w14:paraId="2865DD2E" w14:textId="2594A857" w:rsidR="00BA77EE" w:rsidRDefault="00ED6F12">
            <w:pPr>
              <w:spacing w:after="0"/>
            </w:pPr>
            <w:r>
              <w:rPr>
                <w:sz w:val="16"/>
              </w:rPr>
              <w:t xml:space="preserve">Employer Name &amp; Address / </w:t>
            </w:r>
          </w:p>
        </w:tc>
        <w:tc>
          <w:tcPr>
            <w:tcW w:w="2628" w:type="dxa"/>
            <w:gridSpan w:val="2"/>
            <w:shd w:val="clear" w:color="auto" w:fill="E7E6E6"/>
            <w:vAlign w:val="center"/>
          </w:tcPr>
          <w:p w14:paraId="66E300A8" w14:textId="77777777" w:rsidR="00BA77EE" w:rsidRDefault="00ED6F12">
            <w:pPr>
              <w:spacing w:after="0"/>
            </w:pPr>
            <w:r>
              <w:rPr>
                <w:sz w:val="16"/>
              </w:rPr>
              <w:t>Salary or Hourly</w:t>
            </w:r>
          </w:p>
        </w:tc>
        <w:tc>
          <w:tcPr>
            <w:tcW w:w="2664" w:type="dxa"/>
            <w:gridSpan w:val="2"/>
            <w:shd w:val="clear" w:color="auto" w:fill="E7E6E6"/>
            <w:vAlign w:val="center"/>
          </w:tcPr>
          <w:p w14:paraId="2D9D09CB" w14:textId="77777777" w:rsidR="00BA77EE" w:rsidRDefault="00ED6F12">
            <w:pPr>
              <w:spacing w:after="0"/>
            </w:pPr>
            <w:r>
              <w:rPr>
                <w:sz w:val="16"/>
              </w:rPr>
              <w:t>Position</w:t>
            </w:r>
          </w:p>
        </w:tc>
        <w:tc>
          <w:tcPr>
            <w:tcW w:w="2592" w:type="dxa"/>
            <w:shd w:val="clear" w:color="auto" w:fill="E7E6E6"/>
            <w:vAlign w:val="center"/>
          </w:tcPr>
          <w:p w14:paraId="7C8D85A3" w14:textId="77777777" w:rsidR="00BA77EE" w:rsidRDefault="00ED6F12">
            <w:pPr>
              <w:spacing w:after="0"/>
            </w:pPr>
            <w:r>
              <w:rPr>
                <w:sz w:val="16"/>
              </w:rPr>
              <w:t>Reason for Leaving</w:t>
            </w:r>
          </w:p>
        </w:tc>
      </w:tr>
      <w:tr w:rsidR="00BA77EE" w14:paraId="22D3E6B4" w14:textId="77777777" w:rsidTr="005D5EC9">
        <w:trPr>
          <w:jc w:val="center"/>
        </w:trPr>
        <w:tc>
          <w:tcPr>
            <w:tcW w:w="2628" w:type="dxa"/>
            <w:gridSpan w:val="2"/>
            <w:vAlign w:val="center"/>
          </w:tcPr>
          <w:p w14:paraId="0609CDDE" w14:textId="77777777" w:rsidR="00BA77EE" w:rsidRPr="00613347" w:rsidRDefault="00ED6F12">
            <w:pPr>
              <w:spacing w:after="0"/>
              <w:rPr>
                <w:sz w:val="24"/>
                <w:szCs w:val="36"/>
              </w:rPr>
            </w:pPr>
            <w:r w:rsidRPr="00613347">
              <w:rPr>
                <w:sz w:val="24"/>
                <w:szCs w:val="36"/>
              </w:rPr>
              <w:t xml:space="preserve">   </w:t>
            </w:r>
          </w:p>
        </w:tc>
        <w:tc>
          <w:tcPr>
            <w:tcW w:w="2628" w:type="dxa"/>
            <w:gridSpan w:val="2"/>
            <w:vAlign w:val="center"/>
          </w:tcPr>
          <w:p w14:paraId="412B7326" w14:textId="77777777" w:rsidR="00BA77EE" w:rsidRPr="00613347" w:rsidRDefault="00ED6F12">
            <w:pPr>
              <w:spacing w:after="0"/>
              <w:rPr>
                <w:sz w:val="24"/>
                <w:szCs w:val="36"/>
              </w:rPr>
            </w:pPr>
            <w:r w:rsidRPr="00613347">
              <w:rPr>
                <w:sz w:val="24"/>
                <w:szCs w:val="36"/>
              </w:rPr>
              <w:t xml:space="preserve">   </w:t>
            </w:r>
          </w:p>
        </w:tc>
        <w:tc>
          <w:tcPr>
            <w:tcW w:w="2664" w:type="dxa"/>
            <w:gridSpan w:val="2"/>
            <w:vAlign w:val="center"/>
          </w:tcPr>
          <w:p w14:paraId="3AED46CE" w14:textId="77777777" w:rsidR="00BA77EE" w:rsidRPr="00613347" w:rsidRDefault="00ED6F12">
            <w:pPr>
              <w:spacing w:after="0"/>
              <w:rPr>
                <w:sz w:val="24"/>
                <w:szCs w:val="36"/>
              </w:rPr>
            </w:pPr>
            <w:r w:rsidRPr="00613347">
              <w:rPr>
                <w:sz w:val="24"/>
                <w:szCs w:val="36"/>
              </w:rPr>
              <w:t xml:space="preserve">   </w:t>
            </w:r>
          </w:p>
        </w:tc>
        <w:tc>
          <w:tcPr>
            <w:tcW w:w="2592" w:type="dxa"/>
            <w:vAlign w:val="center"/>
          </w:tcPr>
          <w:p w14:paraId="3BC22A0C" w14:textId="77777777" w:rsidR="00BA77EE" w:rsidRPr="00613347" w:rsidRDefault="00ED6F12">
            <w:pPr>
              <w:spacing w:after="0"/>
              <w:rPr>
                <w:sz w:val="24"/>
                <w:szCs w:val="36"/>
              </w:rPr>
            </w:pPr>
            <w:r w:rsidRPr="00613347">
              <w:rPr>
                <w:sz w:val="24"/>
                <w:szCs w:val="36"/>
              </w:rPr>
              <w:t xml:space="preserve">   </w:t>
            </w:r>
          </w:p>
        </w:tc>
      </w:tr>
      <w:tr w:rsidR="00BA77EE" w14:paraId="680E2223" w14:textId="77777777" w:rsidTr="005D5EC9">
        <w:trPr>
          <w:jc w:val="center"/>
        </w:trPr>
        <w:tc>
          <w:tcPr>
            <w:tcW w:w="2102" w:type="dxa"/>
            <w:shd w:val="clear" w:color="auto" w:fill="E7E6E6"/>
            <w:vAlign w:val="center"/>
          </w:tcPr>
          <w:p w14:paraId="364640C9" w14:textId="77777777" w:rsidR="00BA77EE" w:rsidRDefault="00ED6F12">
            <w:pPr>
              <w:spacing w:after="0"/>
            </w:pPr>
            <w:r>
              <w:rPr>
                <w:sz w:val="16"/>
              </w:rPr>
              <w:t>From (M/D/Y)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40303E1B" w14:textId="77777777" w:rsidR="00BA77EE" w:rsidRDefault="00ED6F12">
            <w:pPr>
              <w:spacing w:after="0"/>
            </w:pPr>
            <w:r>
              <w:rPr>
                <w:sz w:val="16"/>
              </w:rPr>
              <w:t>To (M/D/Y)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15CB588B" w14:textId="77777777" w:rsidR="00BA77EE" w:rsidRDefault="00ED6F12">
            <w:pPr>
              <w:spacing w:after="0"/>
            </w:pPr>
            <w:r>
              <w:rPr>
                <w:sz w:val="16"/>
              </w:rPr>
              <w:t>Starting</w:t>
            </w:r>
          </w:p>
        </w:tc>
        <w:tc>
          <w:tcPr>
            <w:tcW w:w="1614" w:type="dxa"/>
            <w:shd w:val="clear" w:color="auto" w:fill="E7E6E6"/>
            <w:vAlign w:val="center"/>
          </w:tcPr>
          <w:p w14:paraId="351091F5" w14:textId="77777777" w:rsidR="00BA77EE" w:rsidRDefault="00ED6F12">
            <w:pPr>
              <w:spacing w:after="0"/>
            </w:pPr>
            <w:r>
              <w:rPr>
                <w:sz w:val="16"/>
              </w:rPr>
              <w:t>Ending</w:t>
            </w:r>
          </w:p>
        </w:tc>
        <w:tc>
          <w:tcPr>
            <w:tcW w:w="2592" w:type="dxa"/>
            <w:shd w:val="clear" w:color="auto" w:fill="E7E6E6"/>
            <w:vAlign w:val="center"/>
          </w:tcPr>
          <w:p w14:paraId="57BC2617" w14:textId="77777777" w:rsidR="00BA77EE" w:rsidRDefault="00ED6F12">
            <w:pPr>
              <w:spacing w:after="0"/>
            </w:pPr>
            <w:r>
              <w:rPr>
                <w:sz w:val="16"/>
              </w:rPr>
              <w:t>Average Hours/Week (if hourly)</w:t>
            </w:r>
          </w:p>
        </w:tc>
      </w:tr>
      <w:tr w:rsidR="00BA77EE" w14:paraId="544645B7" w14:textId="77777777" w:rsidTr="005D5EC9">
        <w:trPr>
          <w:jc w:val="center"/>
        </w:trPr>
        <w:tc>
          <w:tcPr>
            <w:tcW w:w="2102" w:type="dxa"/>
            <w:vAlign w:val="center"/>
          </w:tcPr>
          <w:p w14:paraId="01407422" w14:textId="77777777" w:rsidR="00BA77EE" w:rsidRPr="00613347" w:rsidRDefault="00ED6F12">
            <w:pPr>
              <w:spacing w:after="0"/>
              <w:rPr>
                <w:sz w:val="24"/>
                <w:szCs w:val="36"/>
              </w:rPr>
            </w:pPr>
            <w:r w:rsidRPr="00613347">
              <w:rPr>
                <w:sz w:val="24"/>
                <w:szCs w:val="36"/>
              </w:rPr>
              <w:t xml:space="preserve">   </w:t>
            </w:r>
          </w:p>
        </w:tc>
        <w:tc>
          <w:tcPr>
            <w:tcW w:w="2102" w:type="dxa"/>
            <w:gridSpan w:val="2"/>
            <w:vAlign w:val="center"/>
          </w:tcPr>
          <w:p w14:paraId="20B3E08B" w14:textId="77777777" w:rsidR="00BA77EE" w:rsidRPr="00613347" w:rsidRDefault="00ED6F12">
            <w:pPr>
              <w:spacing w:after="0"/>
              <w:rPr>
                <w:sz w:val="24"/>
                <w:szCs w:val="36"/>
              </w:rPr>
            </w:pPr>
            <w:r w:rsidRPr="00613347">
              <w:rPr>
                <w:sz w:val="24"/>
                <w:szCs w:val="36"/>
              </w:rPr>
              <w:t xml:space="preserve">   </w:t>
            </w:r>
          </w:p>
        </w:tc>
        <w:tc>
          <w:tcPr>
            <w:tcW w:w="2102" w:type="dxa"/>
            <w:gridSpan w:val="2"/>
            <w:vAlign w:val="center"/>
          </w:tcPr>
          <w:p w14:paraId="2FBA0413" w14:textId="77777777" w:rsidR="00BA77EE" w:rsidRPr="00613347" w:rsidRDefault="00ED6F12">
            <w:pPr>
              <w:spacing w:after="0"/>
              <w:rPr>
                <w:sz w:val="24"/>
                <w:szCs w:val="36"/>
              </w:rPr>
            </w:pPr>
            <w:r w:rsidRPr="00613347">
              <w:rPr>
                <w:sz w:val="24"/>
                <w:szCs w:val="36"/>
              </w:rPr>
              <w:t xml:space="preserve">   </w:t>
            </w:r>
          </w:p>
        </w:tc>
        <w:tc>
          <w:tcPr>
            <w:tcW w:w="1614" w:type="dxa"/>
            <w:vAlign w:val="center"/>
          </w:tcPr>
          <w:p w14:paraId="0E3B0823" w14:textId="77777777" w:rsidR="00BA77EE" w:rsidRPr="00613347" w:rsidRDefault="00ED6F12">
            <w:pPr>
              <w:spacing w:after="0"/>
              <w:rPr>
                <w:sz w:val="24"/>
                <w:szCs w:val="36"/>
              </w:rPr>
            </w:pPr>
            <w:r w:rsidRPr="00613347">
              <w:rPr>
                <w:sz w:val="24"/>
                <w:szCs w:val="36"/>
              </w:rPr>
              <w:t xml:space="preserve">   </w:t>
            </w:r>
          </w:p>
        </w:tc>
        <w:tc>
          <w:tcPr>
            <w:tcW w:w="2592" w:type="dxa"/>
            <w:vAlign w:val="center"/>
          </w:tcPr>
          <w:p w14:paraId="09B3DD87" w14:textId="77777777" w:rsidR="00BA77EE" w:rsidRPr="00613347" w:rsidRDefault="00ED6F12">
            <w:pPr>
              <w:spacing w:after="0"/>
              <w:rPr>
                <w:sz w:val="24"/>
                <w:szCs w:val="36"/>
              </w:rPr>
            </w:pPr>
            <w:r w:rsidRPr="00613347">
              <w:rPr>
                <w:sz w:val="24"/>
                <w:szCs w:val="36"/>
              </w:rPr>
              <w:t xml:space="preserve">   </w:t>
            </w:r>
          </w:p>
        </w:tc>
      </w:tr>
    </w:tbl>
    <w:p w14:paraId="764DCA41" w14:textId="77777777" w:rsidR="00613347" w:rsidRPr="00613347" w:rsidRDefault="00613347" w:rsidP="00613347">
      <w:pPr>
        <w:spacing w:after="0"/>
        <w:rPr>
          <w:sz w:val="4"/>
          <w:szCs w:val="8"/>
        </w:rPr>
      </w:pPr>
    </w:p>
    <w:p w14:paraId="26ED727C" w14:textId="40938478" w:rsidR="00BA77EE" w:rsidRDefault="00ED6F12" w:rsidP="00613347">
      <w:pPr>
        <w:spacing w:after="0"/>
      </w:pPr>
      <w:r>
        <w:t>Duties Performed: __________________________________________________________________________________________</w:t>
      </w:r>
    </w:p>
    <w:p w14:paraId="7E4DB78A" w14:textId="7E6D4ABD" w:rsidR="00BA77EE" w:rsidRPr="005D5EC9" w:rsidRDefault="00BA77EE" w:rsidP="00613347">
      <w:pPr>
        <w:spacing w:after="0"/>
        <w:rPr>
          <w:sz w:val="4"/>
          <w:szCs w:val="8"/>
        </w:rPr>
      </w:pP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248"/>
        <w:gridCol w:w="5248"/>
      </w:tblGrid>
      <w:tr w:rsidR="00BA77EE" w14:paraId="4A9845AC" w14:textId="77777777">
        <w:trPr>
          <w:jc w:val="center"/>
        </w:trPr>
        <w:tc>
          <w:tcPr>
            <w:tcW w:w="5256" w:type="dxa"/>
            <w:shd w:val="clear" w:color="auto" w:fill="E7E6E6"/>
            <w:vAlign w:val="center"/>
          </w:tcPr>
          <w:p w14:paraId="068727B1" w14:textId="77777777" w:rsidR="00BA77EE" w:rsidRDefault="00ED6F12">
            <w:pPr>
              <w:spacing w:after="0"/>
            </w:pPr>
            <w:r>
              <w:rPr>
                <w:sz w:val="16"/>
              </w:rPr>
              <w:t>Supervisor's Name</w:t>
            </w:r>
          </w:p>
        </w:tc>
        <w:tc>
          <w:tcPr>
            <w:tcW w:w="5256" w:type="dxa"/>
            <w:shd w:val="clear" w:color="auto" w:fill="E7E6E6"/>
            <w:vAlign w:val="center"/>
          </w:tcPr>
          <w:p w14:paraId="0A0A5CD6" w14:textId="77777777" w:rsidR="00BA77EE" w:rsidRDefault="00ED6F12">
            <w:pPr>
              <w:spacing w:after="0"/>
            </w:pPr>
            <w:r>
              <w:rPr>
                <w:sz w:val="16"/>
              </w:rPr>
              <w:t>Phone Number</w:t>
            </w:r>
          </w:p>
        </w:tc>
      </w:tr>
      <w:tr w:rsidR="00BA77EE" w14:paraId="6723790C" w14:textId="77777777">
        <w:trPr>
          <w:jc w:val="center"/>
        </w:trPr>
        <w:tc>
          <w:tcPr>
            <w:tcW w:w="5256" w:type="dxa"/>
            <w:vAlign w:val="center"/>
          </w:tcPr>
          <w:p w14:paraId="4EB5BFB6" w14:textId="77777777" w:rsidR="00BA77EE" w:rsidRPr="00613347" w:rsidRDefault="00ED6F12">
            <w:pPr>
              <w:spacing w:after="0"/>
              <w:rPr>
                <w:sz w:val="24"/>
                <w:szCs w:val="36"/>
              </w:rPr>
            </w:pPr>
            <w:r w:rsidRPr="00613347">
              <w:rPr>
                <w:sz w:val="24"/>
                <w:szCs w:val="36"/>
              </w:rPr>
              <w:t xml:space="preserve">   </w:t>
            </w:r>
          </w:p>
        </w:tc>
        <w:tc>
          <w:tcPr>
            <w:tcW w:w="5256" w:type="dxa"/>
            <w:vAlign w:val="center"/>
          </w:tcPr>
          <w:p w14:paraId="2D8875FF" w14:textId="77777777" w:rsidR="00BA77EE" w:rsidRPr="00613347" w:rsidRDefault="00ED6F12">
            <w:pPr>
              <w:spacing w:after="0"/>
              <w:rPr>
                <w:sz w:val="24"/>
                <w:szCs w:val="36"/>
              </w:rPr>
            </w:pPr>
            <w:r w:rsidRPr="00613347">
              <w:rPr>
                <w:sz w:val="24"/>
                <w:szCs w:val="36"/>
              </w:rPr>
              <w:t xml:space="preserve">   </w:t>
            </w:r>
          </w:p>
        </w:tc>
      </w:tr>
    </w:tbl>
    <w:p w14:paraId="56E7B127" w14:textId="77777777" w:rsidR="00BA77EE" w:rsidRDefault="00ED6F12" w:rsidP="004E74D2">
      <w:pPr>
        <w:spacing w:after="0"/>
      </w:pPr>
      <w:r>
        <w:rPr>
          <w:b/>
        </w:rPr>
        <w:t>Previous Employer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098"/>
        <w:gridCol w:w="525"/>
        <w:gridCol w:w="1574"/>
        <w:gridCol w:w="1051"/>
        <w:gridCol w:w="1048"/>
        <w:gridCol w:w="1612"/>
        <w:gridCol w:w="2588"/>
      </w:tblGrid>
      <w:tr w:rsidR="00BA77EE" w14:paraId="3474AACF" w14:textId="77777777" w:rsidTr="005D5EC9">
        <w:trPr>
          <w:jc w:val="center"/>
        </w:trPr>
        <w:tc>
          <w:tcPr>
            <w:tcW w:w="2628" w:type="dxa"/>
            <w:gridSpan w:val="2"/>
            <w:shd w:val="clear" w:color="auto" w:fill="E7E6E6"/>
            <w:vAlign w:val="center"/>
          </w:tcPr>
          <w:p w14:paraId="1183FF4F" w14:textId="44B691CA" w:rsidR="00BA77EE" w:rsidRDefault="00ED6F12">
            <w:pPr>
              <w:spacing w:after="0"/>
            </w:pPr>
            <w:r>
              <w:rPr>
                <w:sz w:val="16"/>
              </w:rPr>
              <w:t xml:space="preserve">Employer Name &amp; Address / </w:t>
            </w:r>
          </w:p>
        </w:tc>
        <w:tc>
          <w:tcPr>
            <w:tcW w:w="2628" w:type="dxa"/>
            <w:gridSpan w:val="2"/>
            <w:shd w:val="clear" w:color="auto" w:fill="E7E6E6"/>
            <w:vAlign w:val="center"/>
          </w:tcPr>
          <w:p w14:paraId="0FE640E2" w14:textId="77777777" w:rsidR="00BA77EE" w:rsidRDefault="00ED6F12">
            <w:pPr>
              <w:spacing w:after="0"/>
            </w:pPr>
            <w:r>
              <w:rPr>
                <w:sz w:val="16"/>
              </w:rPr>
              <w:t>Salary or Hourly</w:t>
            </w:r>
          </w:p>
        </w:tc>
        <w:tc>
          <w:tcPr>
            <w:tcW w:w="2664" w:type="dxa"/>
            <w:gridSpan w:val="2"/>
            <w:shd w:val="clear" w:color="auto" w:fill="E7E6E6"/>
            <w:vAlign w:val="center"/>
          </w:tcPr>
          <w:p w14:paraId="0F53E703" w14:textId="77777777" w:rsidR="00BA77EE" w:rsidRDefault="00ED6F12">
            <w:pPr>
              <w:spacing w:after="0"/>
            </w:pPr>
            <w:r>
              <w:rPr>
                <w:sz w:val="16"/>
              </w:rPr>
              <w:t>Position</w:t>
            </w:r>
          </w:p>
        </w:tc>
        <w:tc>
          <w:tcPr>
            <w:tcW w:w="2592" w:type="dxa"/>
            <w:shd w:val="clear" w:color="auto" w:fill="E7E6E6"/>
            <w:vAlign w:val="center"/>
          </w:tcPr>
          <w:p w14:paraId="20D20774" w14:textId="77777777" w:rsidR="00BA77EE" w:rsidRDefault="00ED6F12">
            <w:pPr>
              <w:spacing w:after="0"/>
            </w:pPr>
            <w:r>
              <w:rPr>
                <w:sz w:val="16"/>
              </w:rPr>
              <w:t>Reason for Leaving</w:t>
            </w:r>
          </w:p>
        </w:tc>
      </w:tr>
      <w:tr w:rsidR="00BA77EE" w14:paraId="4146A472" w14:textId="77777777" w:rsidTr="005D5EC9">
        <w:trPr>
          <w:jc w:val="center"/>
        </w:trPr>
        <w:tc>
          <w:tcPr>
            <w:tcW w:w="2628" w:type="dxa"/>
            <w:gridSpan w:val="2"/>
            <w:vAlign w:val="center"/>
          </w:tcPr>
          <w:p w14:paraId="7AC98D7B" w14:textId="77777777" w:rsidR="00BA77EE" w:rsidRPr="00613347" w:rsidRDefault="00ED6F12">
            <w:pPr>
              <w:spacing w:after="0"/>
              <w:rPr>
                <w:sz w:val="22"/>
                <w:szCs w:val="32"/>
              </w:rPr>
            </w:pPr>
            <w:r w:rsidRPr="00613347">
              <w:rPr>
                <w:sz w:val="22"/>
                <w:szCs w:val="32"/>
              </w:rPr>
              <w:t xml:space="preserve">   </w:t>
            </w:r>
          </w:p>
        </w:tc>
        <w:tc>
          <w:tcPr>
            <w:tcW w:w="2628" w:type="dxa"/>
            <w:gridSpan w:val="2"/>
            <w:vAlign w:val="center"/>
          </w:tcPr>
          <w:p w14:paraId="21459010" w14:textId="77777777" w:rsidR="00BA77EE" w:rsidRPr="00613347" w:rsidRDefault="00ED6F12">
            <w:pPr>
              <w:spacing w:after="0"/>
              <w:rPr>
                <w:sz w:val="22"/>
                <w:szCs w:val="32"/>
              </w:rPr>
            </w:pPr>
            <w:r w:rsidRPr="00613347">
              <w:rPr>
                <w:sz w:val="22"/>
                <w:szCs w:val="32"/>
              </w:rPr>
              <w:t xml:space="preserve">   </w:t>
            </w:r>
          </w:p>
        </w:tc>
        <w:tc>
          <w:tcPr>
            <w:tcW w:w="2664" w:type="dxa"/>
            <w:gridSpan w:val="2"/>
            <w:vAlign w:val="center"/>
          </w:tcPr>
          <w:p w14:paraId="04B46A57" w14:textId="77777777" w:rsidR="00BA77EE" w:rsidRPr="00613347" w:rsidRDefault="00ED6F12">
            <w:pPr>
              <w:spacing w:after="0"/>
              <w:rPr>
                <w:sz w:val="22"/>
                <w:szCs w:val="32"/>
              </w:rPr>
            </w:pPr>
            <w:r w:rsidRPr="00613347">
              <w:rPr>
                <w:sz w:val="22"/>
                <w:szCs w:val="32"/>
              </w:rPr>
              <w:t xml:space="preserve">   </w:t>
            </w:r>
          </w:p>
        </w:tc>
        <w:tc>
          <w:tcPr>
            <w:tcW w:w="2592" w:type="dxa"/>
            <w:vAlign w:val="center"/>
          </w:tcPr>
          <w:p w14:paraId="18604BBF" w14:textId="77777777" w:rsidR="00BA77EE" w:rsidRPr="00613347" w:rsidRDefault="00ED6F12">
            <w:pPr>
              <w:spacing w:after="0"/>
              <w:rPr>
                <w:sz w:val="22"/>
                <w:szCs w:val="32"/>
              </w:rPr>
            </w:pPr>
            <w:r w:rsidRPr="00613347">
              <w:rPr>
                <w:sz w:val="22"/>
                <w:szCs w:val="32"/>
              </w:rPr>
              <w:t xml:space="preserve">   </w:t>
            </w:r>
          </w:p>
        </w:tc>
      </w:tr>
      <w:tr w:rsidR="00BA77EE" w14:paraId="0225FD23" w14:textId="77777777" w:rsidTr="005D5EC9">
        <w:trPr>
          <w:jc w:val="center"/>
        </w:trPr>
        <w:tc>
          <w:tcPr>
            <w:tcW w:w="2102" w:type="dxa"/>
            <w:shd w:val="clear" w:color="auto" w:fill="E7E6E6"/>
            <w:vAlign w:val="center"/>
          </w:tcPr>
          <w:p w14:paraId="4E1F7CE2" w14:textId="77777777" w:rsidR="00BA77EE" w:rsidRDefault="00ED6F12">
            <w:pPr>
              <w:spacing w:after="0"/>
            </w:pPr>
            <w:r>
              <w:rPr>
                <w:sz w:val="16"/>
              </w:rPr>
              <w:t>From (M/D/Y)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2906D148" w14:textId="77777777" w:rsidR="00BA77EE" w:rsidRDefault="00ED6F12">
            <w:pPr>
              <w:spacing w:after="0"/>
            </w:pPr>
            <w:r>
              <w:rPr>
                <w:sz w:val="16"/>
              </w:rPr>
              <w:t>To (M/D/Y)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05976F35" w14:textId="77777777" w:rsidR="00BA77EE" w:rsidRDefault="00ED6F12">
            <w:pPr>
              <w:spacing w:after="0"/>
            </w:pPr>
            <w:r>
              <w:rPr>
                <w:sz w:val="16"/>
              </w:rPr>
              <w:t>Starting</w:t>
            </w:r>
          </w:p>
        </w:tc>
        <w:tc>
          <w:tcPr>
            <w:tcW w:w="1614" w:type="dxa"/>
            <w:shd w:val="clear" w:color="auto" w:fill="E7E6E6"/>
            <w:vAlign w:val="center"/>
          </w:tcPr>
          <w:p w14:paraId="1D91F2A3" w14:textId="77777777" w:rsidR="00BA77EE" w:rsidRDefault="00ED6F12">
            <w:pPr>
              <w:spacing w:after="0"/>
            </w:pPr>
            <w:r>
              <w:rPr>
                <w:sz w:val="16"/>
              </w:rPr>
              <w:t>Ending</w:t>
            </w:r>
          </w:p>
        </w:tc>
        <w:tc>
          <w:tcPr>
            <w:tcW w:w="2592" w:type="dxa"/>
            <w:shd w:val="clear" w:color="auto" w:fill="E7E6E6"/>
            <w:vAlign w:val="center"/>
          </w:tcPr>
          <w:p w14:paraId="03161B67" w14:textId="77777777" w:rsidR="00BA77EE" w:rsidRDefault="00ED6F12">
            <w:pPr>
              <w:spacing w:after="0"/>
            </w:pPr>
            <w:r>
              <w:rPr>
                <w:sz w:val="16"/>
              </w:rPr>
              <w:t>Average Hours/Week (if hourly)</w:t>
            </w:r>
          </w:p>
        </w:tc>
      </w:tr>
      <w:tr w:rsidR="00BA77EE" w14:paraId="458FEE41" w14:textId="77777777" w:rsidTr="005D5EC9">
        <w:trPr>
          <w:jc w:val="center"/>
        </w:trPr>
        <w:tc>
          <w:tcPr>
            <w:tcW w:w="2102" w:type="dxa"/>
            <w:vAlign w:val="center"/>
          </w:tcPr>
          <w:p w14:paraId="066CDC78" w14:textId="77777777" w:rsidR="00BA77EE" w:rsidRPr="00613347" w:rsidRDefault="00ED6F12">
            <w:pPr>
              <w:spacing w:after="0"/>
              <w:rPr>
                <w:sz w:val="22"/>
                <w:szCs w:val="32"/>
              </w:rPr>
            </w:pPr>
            <w:r w:rsidRPr="00613347">
              <w:rPr>
                <w:sz w:val="22"/>
                <w:szCs w:val="32"/>
              </w:rPr>
              <w:t xml:space="preserve">   </w:t>
            </w:r>
          </w:p>
        </w:tc>
        <w:tc>
          <w:tcPr>
            <w:tcW w:w="2102" w:type="dxa"/>
            <w:gridSpan w:val="2"/>
            <w:vAlign w:val="center"/>
          </w:tcPr>
          <w:p w14:paraId="1952AD46" w14:textId="77777777" w:rsidR="00BA77EE" w:rsidRPr="00613347" w:rsidRDefault="00ED6F12">
            <w:pPr>
              <w:spacing w:after="0"/>
              <w:rPr>
                <w:sz w:val="22"/>
                <w:szCs w:val="32"/>
              </w:rPr>
            </w:pPr>
            <w:r w:rsidRPr="00613347">
              <w:rPr>
                <w:sz w:val="22"/>
                <w:szCs w:val="32"/>
              </w:rPr>
              <w:t xml:space="preserve">   </w:t>
            </w:r>
          </w:p>
        </w:tc>
        <w:tc>
          <w:tcPr>
            <w:tcW w:w="2102" w:type="dxa"/>
            <w:gridSpan w:val="2"/>
            <w:vAlign w:val="center"/>
          </w:tcPr>
          <w:p w14:paraId="13CE25CC" w14:textId="77777777" w:rsidR="00BA77EE" w:rsidRPr="00613347" w:rsidRDefault="00ED6F12">
            <w:pPr>
              <w:spacing w:after="0"/>
              <w:rPr>
                <w:sz w:val="22"/>
                <w:szCs w:val="32"/>
              </w:rPr>
            </w:pPr>
            <w:r w:rsidRPr="00613347">
              <w:rPr>
                <w:sz w:val="22"/>
                <w:szCs w:val="32"/>
              </w:rPr>
              <w:t xml:space="preserve">   </w:t>
            </w:r>
          </w:p>
        </w:tc>
        <w:tc>
          <w:tcPr>
            <w:tcW w:w="1614" w:type="dxa"/>
            <w:vAlign w:val="center"/>
          </w:tcPr>
          <w:p w14:paraId="668CB4D3" w14:textId="77777777" w:rsidR="00BA77EE" w:rsidRPr="00613347" w:rsidRDefault="00ED6F12">
            <w:pPr>
              <w:spacing w:after="0"/>
              <w:rPr>
                <w:sz w:val="22"/>
                <w:szCs w:val="32"/>
              </w:rPr>
            </w:pPr>
            <w:r w:rsidRPr="00613347">
              <w:rPr>
                <w:sz w:val="22"/>
                <w:szCs w:val="32"/>
              </w:rPr>
              <w:t xml:space="preserve">   </w:t>
            </w:r>
          </w:p>
        </w:tc>
        <w:tc>
          <w:tcPr>
            <w:tcW w:w="2592" w:type="dxa"/>
            <w:vAlign w:val="center"/>
          </w:tcPr>
          <w:p w14:paraId="3F01DD34" w14:textId="77777777" w:rsidR="00BA77EE" w:rsidRPr="00613347" w:rsidRDefault="00ED6F12">
            <w:pPr>
              <w:spacing w:after="0"/>
              <w:rPr>
                <w:sz w:val="22"/>
                <w:szCs w:val="32"/>
              </w:rPr>
            </w:pPr>
            <w:r w:rsidRPr="00613347">
              <w:rPr>
                <w:sz w:val="22"/>
                <w:szCs w:val="32"/>
              </w:rPr>
              <w:t xml:space="preserve">   </w:t>
            </w:r>
          </w:p>
        </w:tc>
      </w:tr>
    </w:tbl>
    <w:p w14:paraId="5873EB45" w14:textId="77777777" w:rsidR="00613347" w:rsidRPr="00613347" w:rsidRDefault="00613347" w:rsidP="00613347">
      <w:pPr>
        <w:spacing w:after="0"/>
        <w:rPr>
          <w:sz w:val="8"/>
          <w:szCs w:val="12"/>
        </w:rPr>
      </w:pPr>
    </w:p>
    <w:p w14:paraId="3FCB28EF" w14:textId="59241643" w:rsidR="00BA77EE" w:rsidRDefault="00ED6F12" w:rsidP="00613347">
      <w:pPr>
        <w:spacing w:after="0"/>
      </w:pPr>
      <w:r>
        <w:t>Duties Performed: __________________________________________________________________________________________</w:t>
      </w:r>
    </w:p>
    <w:p w14:paraId="661A3600" w14:textId="77777777" w:rsidR="005D5EC9" w:rsidRPr="005D5EC9" w:rsidRDefault="005D5EC9" w:rsidP="00613347">
      <w:pPr>
        <w:spacing w:after="0"/>
        <w:rPr>
          <w:sz w:val="6"/>
          <w:szCs w:val="10"/>
        </w:rPr>
      </w:pP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248"/>
        <w:gridCol w:w="5248"/>
      </w:tblGrid>
      <w:tr w:rsidR="00BA77EE" w14:paraId="011633A0" w14:textId="77777777">
        <w:trPr>
          <w:jc w:val="center"/>
        </w:trPr>
        <w:tc>
          <w:tcPr>
            <w:tcW w:w="5256" w:type="dxa"/>
            <w:shd w:val="clear" w:color="auto" w:fill="E7E6E6"/>
            <w:vAlign w:val="center"/>
          </w:tcPr>
          <w:p w14:paraId="6FEE29AB" w14:textId="77777777" w:rsidR="00BA77EE" w:rsidRDefault="00ED6F12">
            <w:pPr>
              <w:spacing w:after="0"/>
            </w:pPr>
            <w:r>
              <w:rPr>
                <w:sz w:val="16"/>
              </w:rPr>
              <w:t>Supervisor's Name</w:t>
            </w:r>
          </w:p>
        </w:tc>
        <w:tc>
          <w:tcPr>
            <w:tcW w:w="5256" w:type="dxa"/>
            <w:shd w:val="clear" w:color="auto" w:fill="E7E6E6"/>
            <w:vAlign w:val="center"/>
          </w:tcPr>
          <w:p w14:paraId="1EC184F3" w14:textId="77777777" w:rsidR="00BA77EE" w:rsidRDefault="00ED6F12">
            <w:pPr>
              <w:spacing w:after="0"/>
            </w:pPr>
            <w:r>
              <w:rPr>
                <w:sz w:val="16"/>
              </w:rPr>
              <w:t>Phone Number</w:t>
            </w:r>
          </w:p>
        </w:tc>
      </w:tr>
      <w:tr w:rsidR="00BA77EE" w14:paraId="1A4B037D" w14:textId="77777777">
        <w:trPr>
          <w:jc w:val="center"/>
        </w:trPr>
        <w:tc>
          <w:tcPr>
            <w:tcW w:w="5256" w:type="dxa"/>
            <w:vAlign w:val="center"/>
          </w:tcPr>
          <w:p w14:paraId="4BC73054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5256" w:type="dxa"/>
            <w:vAlign w:val="center"/>
          </w:tcPr>
          <w:p w14:paraId="3395F0FE" w14:textId="77777777" w:rsidR="00BA77EE" w:rsidRPr="00276BDB" w:rsidRDefault="00ED6F12">
            <w:pPr>
              <w:spacing w:after="0"/>
              <w:rPr>
                <w:sz w:val="20"/>
                <w:szCs w:val="28"/>
              </w:rPr>
            </w:pPr>
            <w:r>
              <w:rPr>
                <w:sz w:val="16"/>
              </w:rPr>
              <w:t xml:space="preserve">   </w:t>
            </w:r>
          </w:p>
        </w:tc>
      </w:tr>
    </w:tbl>
    <w:p w14:paraId="4AD18343" w14:textId="77777777" w:rsidR="00BA77EE" w:rsidRDefault="00ED6F12" w:rsidP="00276BDB">
      <w:pPr>
        <w:spacing w:after="0"/>
      </w:pPr>
      <w:r>
        <w:rPr>
          <w:b/>
        </w:rPr>
        <w:t>Previous Employer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098"/>
        <w:gridCol w:w="525"/>
        <w:gridCol w:w="1574"/>
        <w:gridCol w:w="1051"/>
        <w:gridCol w:w="1048"/>
        <w:gridCol w:w="1612"/>
        <w:gridCol w:w="2588"/>
      </w:tblGrid>
      <w:tr w:rsidR="00BA77EE" w14:paraId="3CF6766F" w14:textId="77777777" w:rsidTr="005D5EC9">
        <w:trPr>
          <w:jc w:val="center"/>
        </w:trPr>
        <w:tc>
          <w:tcPr>
            <w:tcW w:w="2628" w:type="dxa"/>
            <w:gridSpan w:val="2"/>
            <w:shd w:val="clear" w:color="auto" w:fill="E7E6E6"/>
            <w:vAlign w:val="center"/>
          </w:tcPr>
          <w:p w14:paraId="62A58BA9" w14:textId="483FCB84" w:rsidR="00BA77EE" w:rsidRDefault="00ED6F12">
            <w:pPr>
              <w:spacing w:after="0"/>
            </w:pPr>
            <w:r>
              <w:rPr>
                <w:sz w:val="16"/>
              </w:rPr>
              <w:t>Employer Name &amp; Address /</w:t>
            </w:r>
          </w:p>
        </w:tc>
        <w:tc>
          <w:tcPr>
            <w:tcW w:w="2628" w:type="dxa"/>
            <w:gridSpan w:val="2"/>
            <w:shd w:val="clear" w:color="auto" w:fill="E7E6E6"/>
            <w:vAlign w:val="center"/>
          </w:tcPr>
          <w:p w14:paraId="03EBC8EF" w14:textId="77777777" w:rsidR="00BA77EE" w:rsidRDefault="00ED6F12">
            <w:pPr>
              <w:spacing w:after="0"/>
            </w:pPr>
            <w:r>
              <w:rPr>
                <w:sz w:val="16"/>
              </w:rPr>
              <w:t>Salary or Hourly</w:t>
            </w:r>
          </w:p>
        </w:tc>
        <w:tc>
          <w:tcPr>
            <w:tcW w:w="2664" w:type="dxa"/>
            <w:gridSpan w:val="2"/>
            <w:shd w:val="clear" w:color="auto" w:fill="E7E6E6"/>
            <w:vAlign w:val="center"/>
          </w:tcPr>
          <w:p w14:paraId="078839F1" w14:textId="77777777" w:rsidR="00BA77EE" w:rsidRDefault="00ED6F12">
            <w:pPr>
              <w:spacing w:after="0"/>
            </w:pPr>
            <w:r>
              <w:rPr>
                <w:sz w:val="16"/>
              </w:rPr>
              <w:t>Position</w:t>
            </w:r>
          </w:p>
        </w:tc>
        <w:tc>
          <w:tcPr>
            <w:tcW w:w="2592" w:type="dxa"/>
            <w:shd w:val="clear" w:color="auto" w:fill="E7E6E6"/>
            <w:vAlign w:val="center"/>
          </w:tcPr>
          <w:p w14:paraId="1023801C" w14:textId="77777777" w:rsidR="00BA77EE" w:rsidRDefault="00ED6F12">
            <w:pPr>
              <w:spacing w:after="0"/>
            </w:pPr>
            <w:r>
              <w:rPr>
                <w:sz w:val="16"/>
              </w:rPr>
              <w:t>Reason for Leaving</w:t>
            </w:r>
          </w:p>
        </w:tc>
      </w:tr>
      <w:tr w:rsidR="00BA77EE" w14:paraId="566C82CD" w14:textId="77777777" w:rsidTr="005D5EC9">
        <w:trPr>
          <w:jc w:val="center"/>
        </w:trPr>
        <w:tc>
          <w:tcPr>
            <w:tcW w:w="2628" w:type="dxa"/>
            <w:gridSpan w:val="2"/>
            <w:vAlign w:val="center"/>
          </w:tcPr>
          <w:p w14:paraId="562A4602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2628" w:type="dxa"/>
            <w:gridSpan w:val="2"/>
            <w:vAlign w:val="center"/>
          </w:tcPr>
          <w:p w14:paraId="2ECC91B8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2664" w:type="dxa"/>
            <w:gridSpan w:val="2"/>
            <w:vAlign w:val="center"/>
          </w:tcPr>
          <w:p w14:paraId="78FF1542" w14:textId="77777777" w:rsidR="00BA77EE" w:rsidRPr="00276BDB" w:rsidRDefault="00ED6F12">
            <w:pPr>
              <w:spacing w:after="0"/>
              <w:rPr>
                <w:sz w:val="24"/>
                <w:szCs w:val="36"/>
              </w:rPr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2592" w:type="dxa"/>
            <w:vAlign w:val="center"/>
          </w:tcPr>
          <w:p w14:paraId="6CDF87E0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</w:tr>
      <w:tr w:rsidR="00BA77EE" w14:paraId="090EA07A" w14:textId="77777777" w:rsidTr="005D5EC9">
        <w:trPr>
          <w:jc w:val="center"/>
        </w:trPr>
        <w:tc>
          <w:tcPr>
            <w:tcW w:w="2102" w:type="dxa"/>
            <w:shd w:val="clear" w:color="auto" w:fill="E7E6E6"/>
            <w:vAlign w:val="center"/>
          </w:tcPr>
          <w:p w14:paraId="1BE2D801" w14:textId="77777777" w:rsidR="00BA77EE" w:rsidRDefault="00ED6F12">
            <w:pPr>
              <w:spacing w:after="0"/>
            </w:pPr>
            <w:r>
              <w:rPr>
                <w:sz w:val="16"/>
              </w:rPr>
              <w:t>From (M/D/Y)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6885568F" w14:textId="77777777" w:rsidR="00BA77EE" w:rsidRDefault="00ED6F12">
            <w:pPr>
              <w:spacing w:after="0"/>
            </w:pPr>
            <w:r>
              <w:rPr>
                <w:sz w:val="16"/>
              </w:rPr>
              <w:t>To (M/D/Y)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5E568EA1" w14:textId="77777777" w:rsidR="00BA77EE" w:rsidRDefault="00ED6F12">
            <w:pPr>
              <w:spacing w:after="0"/>
            </w:pPr>
            <w:r>
              <w:rPr>
                <w:sz w:val="16"/>
              </w:rPr>
              <w:t>Starting</w:t>
            </w:r>
          </w:p>
        </w:tc>
        <w:tc>
          <w:tcPr>
            <w:tcW w:w="1614" w:type="dxa"/>
            <w:shd w:val="clear" w:color="auto" w:fill="E7E6E6"/>
            <w:vAlign w:val="center"/>
          </w:tcPr>
          <w:p w14:paraId="39AA98CB" w14:textId="77777777" w:rsidR="00BA77EE" w:rsidRDefault="00ED6F12">
            <w:pPr>
              <w:spacing w:after="0"/>
            </w:pPr>
            <w:r>
              <w:rPr>
                <w:sz w:val="16"/>
              </w:rPr>
              <w:t>Ending</w:t>
            </w:r>
          </w:p>
        </w:tc>
        <w:tc>
          <w:tcPr>
            <w:tcW w:w="2592" w:type="dxa"/>
            <w:shd w:val="clear" w:color="auto" w:fill="E7E6E6"/>
            <w:vAlign w:val="center"/>
          </w:tcPr>
          <w:p w14:paraId="60B48992" w14:textId="77777777" w:rsidR="00BA77EE" w:rsidRDefault="00ED6F12">
            <w:pPr>
              <w:spacing w:after="0"/>
            </w:pPr>
            <w:r>
              <w:rPr>
                <w:sz w:val="16"/>
              </w:rPr>
              <w:t>Average Hours/Week (if hourly)</w:t>
            </w:r>
          </w:p>
        </w:tc>
      </w:tr>
      <w:tr w:rsidR="00BA77EE" w14:paraId="364BD868" w14:textId="77777777" w:rsidTr="005D5EC9">
        <w:trPr>
          <w:jc w:val="center"/>
        </w:trPr>
        <w:tc>
          <w:tcPr>
            <w:tcW w:w="2102" w:type="dxa"/>
            <w:vAlign w:val="center"/>
          </w:tcPr>
          <w:p w14:paraId="112F1428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2102" w:type="dxa"/>
            <w:gridSpan w:val="2"/>
            <w:vAlign w:val="center"/>
          </w:tcPr>
          <w:p w14:paraId="5624FFF9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2102" w:type="dxa"/>
            <w:gridSpan w:val="2"/>
            <w:vAlign w:val="center"/>
          </w:tcPr>
          <w:p w14:paraId="647CCB32" w14:textId="77777777" w:rsidR="00BA77EE" w:rsidRPr="00276BDB" w:rsidRDefault="00ED6F12">
            <w:pPr>
              <w:spacing w:after="0"/>
              <w:rPr>
                <w:sz w:val="22"/>
                <w:szCs w:val="32"/>
              </w:rPr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1614" w:type="dxa"/>
            <w:vAlign w:val="center"/>
          </w:tcPr>
          <w:p w14:paraId="228C31E8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2592" w:type="dxa"/>
            <w:vAlign w:val="center"/>
          </w:tcPr>
          <w:p w14:paraId="7763449B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</w:tr>
    </w:tbl>
    <w:p w14:paraId="41D0C0EA" w14:textId="77777777" w:rsidR="00276BDB" w:rsidRPr="00276BDB" w:rsidRDefault="00276BDB" w:rsidP="00276BDB">
      <w:pPr>
        <w:spacing w:after="0"/>
        <w:rPr>
          <w:sz w:val="8"/>
          <w:szCs w:val="12"/>
        </w:rPr>
      </w:pPr>
    </w:p>
    <w:p w14:paraId="762282FB" w14:textId="25ED7FDD" w:rsidR="00BA77EE" w:rsidRDefault="00ED6F12" w:rsidP="005D5EC9">
      <w:pPr>
        <w:spacing w:after="0"/>
      </w:pPr>
      <w:r>
        <w:t>Duties Performed: __________________________________________________________________________________________</w:t>
      </w:r>
    </w:p>
    <w:p w14:paraId="2C467282" w14:textId="77777777" w:rsidR="005D5EC9" w:rsidRPr="005D5EC9" w:rsidRDefault="005D5EC9" w:rsidP="005D5EC9">
      <w:pPr>
        <w:spacing w:after="0"/>
        <w:rPr>
          <w:sz w:val="4"/>
          <w:szCs w:val="8"/>
        </w:rPr>
      </w:pP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248"/>
        <w:gridCol w:w="5248"/>
      </w:tblGrid>
      <w:tr w:rsidR="00BA77EE" w14:paraId="5705BEC0" w14:textId="77777777">
        <w:trPr>
          <w:jc w:val="center"/>
        </w:trPr>
        <w:tc>
          <w:tcPr>
            <w:tcW w:w="5256" w:type="dxa"/>
            <w:shd w:val="clear" w:color="auto" w:fill="E7E6E6"/>
            <w:vAlign w:val="center"/>
          </w:tcPr>
          <w:p w14:paraId="2507D058" w14:textId="77777777" w:rsidR="00BA77EE" w:rsidRDefault="00ED6F12">
            <w:pPr>
              <w:spacing w:after="0"/>
            </w:pPr>
            <w:r>
              <w:rPr>
                <w:sz w:val="16"/>
              </w:rPr>
              <w:t>Supervisor's Name</w:t>
            </w:r>
          </w:p>
        </w:tc>
        <w:tc>
          <w:tcPr>
            <w:tcW w:w="5256" w:type="dxa"/>
            <w:shd w:val="clear" w:color="auto" w:fill="E7E6E6"/>
            <w:vAlign w:val="center"/>
          </w:tcPr>
          <w:p w14:paraId="37D08EDE" w14:textId="77777777" w:rsidR="00BA77EE" w:rsidRDefault="00ED6F12">
            <w:pPr>
              <w:spacing w:after="0"/>
            </w:pPr>
            <w:r>
              <w:rPr>
                <w:sz w:val="16"/>
              </w:rPr>
              <w:t>Phone Number</w:t>
            </w:r>
          </w:p>
        </w:tc>
      </w:tr>
      <w:tr w:rsidR="00BA77EE" w14:paraId="612955D2" w14:textId="77777777">
        <w:trPr>
          <w:jc w:val="center"/>
        </w:trPr>
        <w:tc>
          <w:tcPr>
            <w:tcW w:w="5256" w:type="dxa"/>
            <w:vAlign w:val="center"/>
          </w:tcPr>
          <w:p w14:paraId="1273BF5E" w14:textId="77777777" w:rsidR="00BA77EE" w:rsidRPr="00276BDB" w:rsidRDefault="00ED6F12">
            <w:pPr>
              <w:spacing w:after="0"/>
              <w:rPr>
                <w:sz w:val="22"/>
                <w:szCs w:val="32"/>
              </w:rPr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5256" w:type="dxa"/>
            <w:vAlign w:val="center"/>
          </w:tcPr>
          <w:p w14:paraId="7D813709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</w:tr>
    </w:tbl>
    <w:p w14:paraId="15EC208E" w14:textId="78932C6E" w:rsidR="00BA77EE" w:rsidRDefault="00ED6F12">
      <w:pPr>
        <w:spacing w:before="80" w:after="40"/>
      </w:pPr>
      <w:r>
        <w:rPr>
          <w:b/>
          <w:sz w:val="20"/>
        </w:rPr>
        <w:t>REFERENCES</w:t>
      </w:r>
    </w:p>
    <w:p w14:paraId="1EA99824" w14:textId="77777777" w:rsidR="00BA77EE" w:rsidRDefault="00ED6F12" w:rsidP="004E74D2">
      <w:pPr>
        <w:spacing w:after="0"/>
      </w:pPr>
      <w:r>
        <w:t>Give below the names of three references, which you have known at least one year.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099"/>
        <w:gridCol w:w="2099"/>
        <w:gridCol w:w="2099"/>
        <w:gridCol w:w="2099"/>
        <w:gridCol w:w="2100"/>
      </w:tblGrid>
      <w:tr w:rsidR="00BA77EE" w14:paraId="0E2546EF" w14:textId="77777777">
        <w:tc>
          <w:tcPr>
            <w:tcW w:w="2102" w:type="dxa"/>
            <w:shd w:val="clear" w:color="auto" w:fill="D9E2F3"/>
          </w:tcPr>
          <w:p w14:paraId="6B3E6B87" w14:textId="77777777" w:rsidR="00BA77EE" w:rsidRDefault="00ED6F12">
            <w:r>
              <w:t>#</w:t>
            </w:r>
          </w:p>
        </w:tc>
        <w:tc>
          <w:tcPr>
            <w:tcW w:w="2102" w:type="dxa"/>
            <w:shd w:val="clear" w:color="auto" w:fill="D9E2F3"/>
          </w:tcPr>
          <w:p w14:paraId="54AFFAB3" w14:textId="77777777" w:rsidR="00BA77EE" w:rsidRDefault="00ED6F12">
            <w:r>
              <w:t>Name / Address / Phone Number</w:t>
            </w:r>
          </w:p>
        </w:tc>
        <w:tc>
          <w:tcPr>
            <w:tcW w:w="2102" w:type="dxa"/>
            <w:shd w:val="clear" w:color="auto" w:fill="D9E2F3"/>
          </w:tcPr>
          <w:p w14:paraId="7E318B27" w14:textId="77777777" w:rsidR="00BA77EE" w:rsidRDefault="00ED6F12">
            <w:r>
              <w:t>Business</w:t>
            </w:r>
          </w:p>
        </w:tc>
        <w:tc>
          <w:tcPr>
            <w:tcW w:w="2102" w:type="dxa"/>
            <w:shd w:val="clear" w:color="auto" w:fill="D9E2F3"/>
          </w:tcPr>
          <w:p w14:paraId="4DB4471C" w14:textId="77777777" w:rsidR="00BA77EE" w:rsidRDefault="00ED6F12">
            <w:r>
              <w:t>How Do You Know This Person?</w:t>
            </w:r>
          </w:p>
        </w:tc>
        <w:tc>
          <w:tcPr>
            <w:tcW w:w="2102" w:type="dxa"/>
            <w:shd w:val="clear" w:color="auto" w:fill="D9E2F3"/>
          </w:tcPr>
          <w:p w14:paraId="1818E566" w14:textId="77777777" w:rsidR="00BA77EE" w:rsidRDefault="00ED6F12">
            <w:r>
              <w:t>Years Acquainted</w:t>
            </w:r>
          </w:p>
        </w:tc>
      </w:tr>
      <w:tr w:rsidR="00BA77EE" w14:paraId="469B2EA1" w14:textId="77777777">
        <w:tc>
          <w:tcPr>
            <w:tcW w:w="2102" w:type="dxa"/>
          </w:tcPr>
          <w:p w14:paraId="471F003D" w14:textId="77777777" w:rsidR="00BA77EE" w:rsidRDefault="00ED6F12">
            <w:r>
              <w:t>1</w:t>
            </w:r>
          </w:p>
        </w:tc>
        <w:tc>
          <w:tcPr>
            <w:tcW w:w="2102" w:type="dxa"/>
          </w:tcPr>
          <w:p w14:paraId="0B58ED98" w14:textId="77777777" w:rsidR="00BA77EE" w:rsidRDefault="00BA77EE"/>
        </w:tc>
        <w:tc>
          <w:tcPr>
            <w:tcW w:w="2102" w:type="dxa"/>
          </w:tcPr>
          <w:p w14:paraId="6D9F93FE" w14:textId="77777777" w:rsidR="00BA77EE" w:rsidRDefault="00BA77EE"/>
        </w:tc>
        <w:tc>
          <w:tcPr>
            <w:tcW w:w="2102" w:type="dxa"/>
          </w:tcPr>
          <w:p w14:paraId="1DFD64D2" w14:textId="77777777" w:rsidR="00BA77EE" w:rsidRDefault="00BA77EE"/>
        </w:tc>
        <w:tc>
          <w:tcPr>
            <w:tcW w:w="2102" w:type="dxa"/>
          </w:tcPr>
          <w:p w14:paraId="1D119559" w14:textId="77777777" w:rsidR="00BA77EE" w:rsidRDefault="00BA77EE"/>
        </w:tc>
      </w:tr>
      <w:tr w:rsidR="00BA77EE" w14:paraId="5A6FAE56" w14:textId="77777777">
        <w:tc>
          <w:tcPr>
            <w:tcW w:w="2102" w:type="dxa"/>
          </w:tcPr>
          <w:p w14:paraId="4A58B246" w14:textId="77777777" w:rsidR="00BA77EE" w:rsidRDefault="00ED6F12">
            <w:r>
              <w:t>2</w:t>
            </w:r>
          </w:p>
        </w:tc>
        <w:tc>
          <w:tcPr>
            <w:tcW w:w="2102" w:type="dxa"/>
          </w:tcPr>
          <w:p w14:paraId="47BC14D3" w14:textId="77777777" w:rsidR="00BA77EE" w:rsidRDefault="00BA77EE"/>
        </w:tc>
        <w:tc>
          <w:tcPr>
            <w:tcW w:w="2102" w:type="dxa"/>
          </w:tcPr>
          <w:p w14:paraId="1577C3FD" w14:textId="77777777" w:rsidR="00BA77EE" w:rsidRDefault="00BA77EE"/>
        </w:tc>
        <w:tc>
          <w:tcPr>
            <w:tcW w:w="2102" w:type="dxa"/>
          </w:tcPr>
          <w:p w14:paraId="2EA67284" w14:textId="77777777" w:rsidR="00BA77EE" w:rsidRDefault="00BA77EE"/>
        </w:tc>
        <w:tc>
          <w:tcPr>
            <w:tcW w:w="2102" w:type="dxa"/>
          </w:tcPr>
          <w:p w14:paraId="4283EEDF" w14:textId="77777777" w:rsidR="00BA77EE" w:rsidRDefault="00BA77EE"/>
        </w:tc>
      </w:tr>
      <w:tr w:rsidR="00BA77EE" w14:paraId="49460DBD" w14:textId="77777777">
        <w:tc>
          <w:tcPr>
            <w:tcW w:w="2102" w:type="dxa"/>
          </w:tcPr>
          <w:p w14:paraId="09800478" w14:textId="77777777" w:rsidR="00BA77EE" w:rsidRDefault="00ED6F12">
            <w:r>
              <w:t>3</w:t>
            </w:r>
          </w:p>
        </w:tc>
        <w:tc>
          <w:tcPr>
            <w:tcW w:w="2102" w:type="dxa"/>
          </w:tcPr>
          <w:p w14:paraId="0F38204D" w14:textId="77777777" w:rsidR="00BA77EE" w:rsidRDefault="00BA77EE"/>
        </w:tc>
        <w:tc>
          <w:tcPr>
            <w:tcW w:w="2102" w:type="dxa"/>
          </w:tcPr>
          <w:p w14:paraId="773BDFFE" w14:textId="77777777" w:rsidR="00BA77EE" w:rsidRDefault="00BA77EE"/>
        </w:tc>
        <w:tc>
          <w:tcPr>
            <w:tcW w:w="2102" w:type="dxa"/>
          </w:tcPr>
          <w:p w14:paraId="4F0D120D" w14:textId="77777777" w:rsidR="00BA77EE" w:rsidRDefault="00BA77EE"/>
        </w:tc>
        <w:tc>
          <w:tcPr>
            <w:tcW w:w="2102" w:type="dxa"/>
          </w:tcPr>
          <w:p w14:paraId="437A6373" w14:textId="77777777" w:rsidR="00BA77EE" w:rsidRDefault="00BA77EE"/>
        </w:tc>
      </w:tr>
    </w:tbl>
    <w:p w14:paraId="0B274F4B" w14:textId="77777777" w:rsidR="00BA77EE" w:rsidRDefault="00ED6F12" w:rsidP="004E74D2">
      <w:pPr>
        <w:spacing w:after="0"/>
      </w:pPr>
      <w:r>
        <w:rPr>
          <w:b/>
        </w:rPr>
        <w:t>AUTHORIZATION AND CERTIFICATION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6"/>
      </w:tblGrid>
      <w:tr w:rsidR="00613347" w14:paraId="7EA10E3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6179FF" w14:textId="77777777" w:rsidR="00613347" w:rsidRDefault="00613347">
            <w:pPr>
              <w:spacing w:after="0"/>
              <w:rPr>
                <w:kern w:val="2"/>
                <w:szCs w:val="18"/>
                <w14:ligatures w14:val="standardContextual"/>
              </w:rPr>
            </w:pPr>
            <w:r>
              <w:t>I hereby authorize Marias Valley Golf &amp; Country Club to thoroughly investigate my background, references, employment record and other matters related to my suitability for employment. I authorize persons, schools, my current employer (if applicable), and previous employers and organizations contacted by Marias Valley to provide any relevant information regarding my current and/or previous employment and I release all persons, schools, employers of any and all claims for providing such information. I understand that misrepresentation or omission of facts may result in rejection of this application, or if hired, discipline up to and including dismissal. I understand that I may be required to sign a confidentiality and/or non-compete agreement, should I become an employee Marias Valley Golf &amp; Country Club. I understand that nothing contained in this application, or conveyed during any interview which may be granted, is intended to create an employment contract. I understand that filling out this form does not indicate there is a position open and does not obligate Marias Valley Golf &amp; Country Club to hire me. I understand and agree that my employment is at will, which means that it is for no specified period and may be terminated by me or Marias Valley Golf &amp; Country Club at any time without prior notice for any reason.</w:t>
            </w:r>
          </w:p>
          <w:p w14:paraId="6A92039A" w14:textId="77777777" w:rsidR="00613347" w:rsidRDefault="00613347">
            <w:pPr>
              <w:spacing w:before="200" w:after="0"/>
            </w:pPr>
            <w:r>
              <w:t>Date: ____________________________        Signature: ________________________________________________</w:t>
            </w:r>
          </w:p>
        </w:tc>
      </w:tr>
    </w:tbl>
    <w:p w14:paraId="34F72E8C" w14:textId="77777777" w:rsidR="00BA77EE" w:rsidRDefault="00ED6F12">
      <w:pPr>
        <w:spacing w:before="80" w:after="40"/>
      </w:pPr>
      <w:r>
        <w:rPr>
          <w:b/>
          <w:sz w:val="20"/>
        </w:rPr>
        <w:lastRenderedPageBreak/>
        <w:t>ADMINISTRATIVE USE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624"/>
        <w:gridCol w:w="2624"/>
        <w:gridCol w:w="2624"/>
        <w:gridCol w:w="2624"/>
      </w:tblGrid>
      <w:tr w:rsidR="00BA77EE" w14:paraId="33FC361A" w14:textId="77777777">
        <w:trPr>
          <w:jc w:val="center"/>
        </w:trPr>
        <w:tc>
          <w:tcPr>
            <w:tcW w:w="2628" w:type="dxa"/>
            <w:shd w:val="clear" w:color="auto" w:fill="E7E6E6"/>
            <w:vAlign w:val="center"/>
          </w:tcPr>
          <w:p w14:paraId="09C18442" w14:textId="77777777" w:rsidR="00BA77EE" w:rsidRDefault="00ED6F12">
            <w:pPr>
              <w:spacing w:after="0"/>
            </w:pPr>
            <w:r>
              <w:rPr>
                <w:sz w:val="16"/>
              </w:rPr>
              <w:t>Interview Date</w:t>
            </w:r>
          </w:p>
        </w:tc>
        <w:tc>
          <w:tcPr>
            <w:tcW w:w="2628" w:type="dxa"/>
            <w:shd w:val="clear" w:color="auto" w:fill="E7E6E6"/>
            <w:vAlign w:val="center"/>
          </w:tcPr>
          <w:p w14:paraId="5FFB91D2" w14:textId="77777777" w:rsidR="00BA77EE" w:rsidRDefault="00ED6F12">
            <w:pPr>
              <w:spacing w:after="0"/>
            </w:pPr>
            <w:r>
              <w:rPr>
                <w:sz w:val="16"/>
              </w:rPr>
              <w:t>Interviewer</w:t>
            </w:r>
          </w:p>
        </w:tc>
        <w:tc>
          <w:tcPr>
            <w:tcW w:w="2628" w:type="dxa"/>
            <w:shd w:val="clear" w:color="auto" w:fill="E7E6E6"/>
            <w:vAlign w:val="center"/>
          </w:tcPr>
          <w:p w14:paraId="511607D2" w14:textId="77777777" w:rsidR="00BA77EE" w:rsidRDefault="00ED6F12">
            <w:pPr>
              <w:spacing w:after="0"/>
            </w:pPr>
            <w:r>
              <w:rPr>
                <w:sz w:val="16"/>
              </w:rPr>
              <w:t>Position</w:t>
            </w:r>
          </w:p>
        </w:tc>
        <w:tc>
          <w:tcPr>
            <w:tcW w:w="2628" w:type="dxa"/>
            <w:shd w:val="clear" w:color="auto" w:fill="E7E6E6"/>
            <w:vAlign w:val="center"/>
          </w:tcPr>
          <w:p w14:paraId="5536D7A8" w14:textId="77777777" w:rsidR="00BA77EE" w:rsidRDefault="00ED6F12">
            <w:pPr>
              <w:spacing w:after="0"/>
            </w:pPr>
            <w:r>
              <w:rPr>
                <w:sz w:val="16"/>
              </w:rPr>
              <w:t>Starting Wage</w:t>
            </w:r>
          </w:p>
        </w:tc>
      </w:tr>
      <w:tr w:rsidR="00BA77EE" w14:paraId="155A0F16" w14:textId="77777777">
        <w:trPr>
          <w:jc w:val="center"/>
        </w:trPr>
        <w:tc>
          <w:tcPr>
            <w:tcW w:w="2628" w:type="dxa"/>
            <w:vAlign w:val="center"/>
          </w:tcPr>
          <w:p w14:paraId="6DB456C3" w14:textId="77777777" w:rsidR="00BA77EE" w:rsidRPr="00276BDB" w:rsidRDefault="00ED6F12">
            <w:pPr>
              <w:spacing w:after="0"/>
              <w:rPr>
                <w:sz w:val="22"/>
                <w:szCs w:val="32"/>
              </w:rPr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2628" w:type="dxa"/>
            <w:vAlign w:val="center"/>
          </w:tcPr>
          <w:p w14:paraId="3A717672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2628" w:type="dxa"/>
            <w:vAlign w:val="center"/>
          </w:tcPr>
          <w:p w14:paraId="2DD9B3C7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2628" w:type="dxa"/>
            <w:vAlign w:val="center"/>
          </w:tcPr>
          <w:p w14:paraId="13D2B442" w14:textId="77777777" w:rsidR="00BA77EE" w:rsidRDefault="00ED6F12">
            <w:pPr>
              <w:spacing w:after="0"/>
            </w:pPr>
            <w:r>
              <w:rPr>
                <w:sz w:val="16"/>
              </w:rPr>
              <w:t xml:space="preserve">   </w:t>
            </w:r>
          </w:p>
        </w:tc>
      </w:tr>
    </w:tbl>
    <w:p w14:paraId="4F4EC1EF" w14:textId="77777777" w:rsidR="00276BDB" w:rsidRDefault="00276BDB"/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6"/>
      </w:tblGrid>
      <w:tr w:rsidR="00276BDB" w14:paraId="79305C3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806F297" w14:textId="4D4C8C06" w:rsidR="00276BDB" w:rsidRDefault="00276BDB" w:rsidP="00276BDB">
            <w:pPr>
              <w:spacing w:after="0"/>
            </w:pPr>
            <w:r>
              <w:t xml:space="preserve">Notes: </w:t>
            </w:r>
          </w:p>
          <w:p w14:paraId="2569364E" w14:textId="77777777" w:rsidR="00276BDB" w:rsidRDefault="00276BDB" w:rsidP="00276BDB">
            <w:pPr>
              <w:spacing w:after="0"/>
            </w:pPr>
          </w:p>
          <w:p w14:paraId="6ABA1D22" w14:textId="77777777" w:rsidR="00276BDB" w:rsidRDefault="00276BDB" w:rsidP="00276BDB">
            <w:pPr>
              <w:spacing w:after="0"/>
            </w:pPr>
          </w:p>
          <w:p w14:paraId="75C34248" w14:textId="77777777" w:rsidR="00276BDB" w:rsidRDefault="00276BDB" w:rsidP="00276BDB">
            <w:pPr>
              <w:spacing w:after="0"/>
            </w:pPr>
          </w:p>
          <w:p w14:paraId="56A43C0E" w14:textId="77777777" w:rsidR="00276BDB" w:rsidRDefault="00276BDB" w:rsidP="00276BDB">
            <w:pPr>
              <w:spacing w:after="0"/>
            </w:pPr>
          </w:p>
          <w:p w14:paraId="339B3254" w14:textId="77777777" w:rsidR="00276BDB" w:rsidRDefault="00276BDB" w:rsidP="00276BDB">
            <w:pPr>
              <w:spacing w:after="0"/>
            </w:pPr>
          </w:p>
          <w:p w14:paraId="69EE26C9" w14:textId="77777777" w:rsidR="00276BDB" w:rsidRDefault="00276BDB" w:rsidP="00276BDB">
            <w:pPr>
              <w:spacing w:after="0"/>
            </w:pPr>
          </w:p>
          <w:p w14:paraId="4D957182" w14:textId="2CE5B67E" w:rsidR="00276BDB" w:rsidRDefault="00276BDB">
            <w:pPr>
              <w:spacing w:after="0"/>
            </w:pPr>
          </w:p>
        </w:tc>
      </w:tr>
    </w:tbl>
    <w:p w14:paraId="20CB28B7" w14:textId="77777777" w:rsidR="00276BDB" w:rsidRDefault="00276BDB">
      <w:pPr>
        <w:rPr>
          <w:kern w:val="2"/>
          <w:szCs w:val="18"/>
          <w14:ligatures w14:val="standardContextual"/>
        </w:rPr>
      </w:pPr>
    </w:p>
    <w:p w14:paraId="1E17D9FE" w14:textId="76C8BE7B" w:rsidR="00BA77EE" w:rsidRDefault="00613347">
      <w:pPr>
        <w:jc w:val="center"/>
      </w:pPr>
      <w:r>
        <w:t>Marias Valley Golf &amp; Country Club</w:t>
      </w:r>
      <w:r w:rsidR="00ED6F12">
        <w:t xml:space="preserve">  •  </w:t>
      </w:r>
      <w:r>
        <w:t>1 Golf Course Road</w:t>
      </w:r>
      <w:r w:rsidR="00ED6F12">
        <w:t xml:space="preserve">  •  </w:t>
      </w:r>
      <w:r>
        <w:t>Shelby</w:t>
      </w:r>
      <w:r w:rsidR="00ED6F12">
        <w:t>, MT 59</w:t>
      </w:r>
      <w:r>
        <w:t>474</w:t>
      </w:r>
    </w:p>
    <w:sectPr w:rsidR="00BA77EE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99A6" w14:textId="77777777" w:rsidR="003860B2" w:rsidRDefault="003860B2" w:rsidP="004E74D2">
      <w:pPr>
        <w:spacing w:after="0" w:line="240" w:lineRule="auto"/>
      </w:pPr>
      <w:r>
        <w:separator/>
      </w:r>
    </w:p>
  </w:endnote>
  <w:endnote w:type="continuationSeparator" w:id="0">
    <w:p w14:paraId="23E7CFDB" w14:textId="77777777" w:rsidR="003860B2" w:rsidRDefault="003860B2" w:rsidP="004E7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AF1AA" w14:textId="77777777" w:rsidR="003860B2" w:rsidRDefault="003860B2" w:rsidP="004E74D2">
      <w:pPr>
        <w:spacing w:after="0" w:line="240" w:lineRule="auto"/>
      </w:pPr>
      <w:r>
        <w:separator/>
      </w:r>
    </w:p>
  </w:footnote>
  <w:footnote w:type="continuationSeparator" w:id="0">
    <w:p w14:paraId="45345319" w14:textId="77777777" w:rsidR="003860B2" w:rsidRDefault="003860B2" w:rsidP="004E7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5025126">
    <w:abstractNumId w:val="8"/>
  </w:num>
  <w:num w:numId="2" w16cid:durableId="1657146668">
    <w:abstractNumId w:val="6"/>
  </w:num>
  <w:num w:numId="3" w16cid:durableId="1604728246">
    <w:abstractNumId w:val="5"/>
  </w:num>
  <w:num w:numId="4" w16cid:durableId="1276596707">
    <w:abstractNumId w:val="4"/>
  </w:num>
  <w:num w:numId="5" w16cid:durableId="398943450">
    <w:abstractNumId w:val="7"/>
  </w:num>
  <w:num w:numId="6" w16cid:durableId="1068920819">
    <w:abstractNumId w:val="3"/>
  </w:num>
  <w:num w:numId="7" w16cid:durableId="84303964">
    <w:abstractNumId w:val="2"/>
  </w:num>
  <w:num w:numId="8" w16cid:durableId="593245220">
    <w:abstractNumId w:val="1"/>
  </w:num>
  <w:num w:numId="9" w16cid:durableId="184663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2F8"/>
    <w:rsid w:val="00034616"/>
    <w:rsid w:val="00055E96"/>
    <w:rsid w:val="0006063C"/>
    <w:rsid w:val="000A24D9"/>
    <w:rsid w:val="0015074B"/>
    <w:rsid w:val="00276BDB"/>
    <w:rsid w:val="0029639D"/>
    <w:rsid w:val="00326F90"/>
    <w:rsid w:val="003860B2"/>
    <w:rsid w:val="004E74D2"/>
    <w:rsid w:val="005D5EC9"/>
    <w:rsid w:val="00613347"/>
    <w:rsid w:val="00AA1D8D"/>
    <w:rsid w:val="00B47730"/>
    <w:rsid w:val="00BA77EE"/>
    <w:rsid w:val="00CB0664"/>
    <w:rsid w:val="00CE71C3"/>
    <w:rsid w:val="00ED6F12"/>
    <w:rsid w:val="00F554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4A40F2"/>
  <w14:defaultImageDpi w14:val="300"/>
  <w15:docId w15:val="{8A1F1CFC-6041-4E9E-BD01-F28A91E4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748</Words>
  <Characters>5380</Characters>
  <Application>Microsoft Office Word</Application>
  <DocSecurity>0</DocSecurity>
  <Lines>283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Marias Valley Golf</cp:lastModifiedBy>
  <cp:revision>3</cp:revision>
  <dcterms:created xsi:type="dcterms:W3CDTF">2026-08-27T20:08:00Z</dcterms:created>
  <dcterms:modified xsi:type="dcterms:W3CDTF">2026-08-27T20:16:00Z</dcterms:modified>
  <cp:category/>
</cp:coreProperties>
</file>